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1417"/>
            <w:shd w:val="clear" w:color="auto" w:fill="3a4658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92000" cy="792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RRL shield concep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87"/>
            <w:shd w:val="clear" w:color="auto" w:fill="3a4658"/>
          </w:tcPr>
          <w:p>
            <w:pPr>
              <w:spacing w:before="120"/>
              <w:ind w:left="227"/>
              <w:jc w:val="left"/>
            </w:pPr>
            <w:r>
              <w:rPr>
                <w:b/>
                <w:color w:val="FFFFFF"/>
                <w:sz w:val="44"/>
              </w:rPr>
              <w:t>WESTBURY 5K ROUND 4 (AUDITED)</w:t>
            </w:r>
          </w:p>
          <w:p>
            <w:pPr>
              <w:ind w:left="227"/>
            </w:pPr>
            <w:r>
              <w:rPr>
                <w:b/>
                <w:color w:val="A0B0C0"/>
                <w:sz w:val="22"/>
              </w:rPr>
              <w:t>RACE 2 OF 5</w:t>
            </w:r>
          </w:p>
        </w:tc>
      </w:tr>
    </w:tbl>
    <w:p>
      <w:pPr>
        <w:spacing w:before="0" w:after="120"/>
        <w:shd w:val="clear" w:color="auto" w:fill="2d7a4a"/>
      </w:pPr>
    </w:p>
    <w:p>
      <w:pPr>
        <w:spacing w:before="0" w:after="160"/>
      </w:pP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INDIVIDUAL RESULTS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2835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Name</w:t>
            </w:r>
          </w:p>
        </w:tc>
        <w:tc>
          <w:tcPr>
            <w:tcW w:type="dxa" w:w="255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85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Gender</w:t>
            </w:r>
          </w:p>
        </w:tc>
        <w:tc>
          <w:tcPr>
            <w:tcW w:type="dxa" w:w="85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Cat</w:t>
            </w:r>
          </w:p>
        </w:tc>
        <w:tc>
          <w:tcPr>
            <w:tcW w:type="dxa" w:w="141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Time</w:t>
            </w:r>
          </w:p>
        </w:tc>
        <w:tc>
          <w:tcPr>
            <w:tcW w:type="dxa" w:w="1134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Points</w:t>
            </w:r>
          </w:p>
        </w:tc>
      </w:tr>
      <w:tr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1</w:t>
            </w:r>
          </w:p>
        </w:tc>
        <w:tc>
          <w:tcPr>
            <w:tcW w:type="dxa" w:w="2835"/>
            <w:shd w:val="clear" w:color="auto" w:fill="c9a84c"/>
          </w:tcPr>
          <w:p>
            <w:pPr>
              <w:jc w:val="left"/>
            </w:pPr>
            <w:r>
              <w:rPr>
                <w:b/>
                <w:i w:val="0"/>
                <w:color w:val="3A4658"/>
                <w:sz w:val="18"/>
              </w:rPr>
              <w:t>Tobi LOUGHLIN</w:t>
            </w:r>
          </w:p>
        </w:tc>
        <w:tc>
          <w:tcPr>
            <w:tcW w:type="dxa" w:w="2551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Team Bath AC</w:t>
            </w:r>
          </w:p>
        </w:tc>
        <w:tc>
          <w:tcPr>
            <w:tcW w:type="dxa" w:w="850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M</w:t>
            </w:r>
          </w:p>
        </w:tc>
        <w:tc>
          <w:tcPr>
            <w:tcW w:type="dxa" w:w="850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Sen</w:t>
            </w:r>
          </w:p>
        </w:tc>
        <w:tc>
          <w:tcPr>
            <w:tcW w:type="dxa" w:w="141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00:15:05.900000</w:t>
            </w:r>
          </w:p>
        </w:tc>
        <w:tc>
          <w:tcPr>
            <w:tcW w:type="dxa" w:w="1134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100</w:t>
            </w:r>
          </w:p>
        </w:tc>
      </w:tr>
      <w:tr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2</w:t>
            </w:r>
          </w:p>
        </w:tc>
        <w:tc>
          <w:tcPr>
            <w:tcW w:type="dxa" w:w="2835"/>
            <w:shd w:val="clear" w:color="auto" w:fill="a8b4c4"/>
          </w:tcPr>
          <w:p>
            <w:pPr>
              <w:jc w:val="left"/>
            </w:pPr>
            <w:r>
              <w:rPr>
                <w:b/>
                <w:i w:val="0"/>
                <w:color w:val="3A4658"/>
                <w:sz w:val="18"/>
              </w:rPr>
              <w:t>Lester JAMES</w:t>
            </w:r>
          </w:p>
        </w:tc>
        <w:tc>
          <w:tcPr>
            <w:tcW w:type="dxa" w:w="2551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Team Bath AC</w:t>
            </w:r>
          </w:p>
        </w:tc>
        <w:tc>
          <w:tcPr>
            <w:tcW w:type="dxa" w:w="850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M</w:t>
            </w:r>
          </w:p>
        </w:tc>
        <w:tc>
          <w:tcPr>
            <w:tcW w:type="dxa" w:w="850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Sen</w:t>
            </w:r>
          </w:p>
        </w:tc>
        <w:tc>
          <w:tcPr>
            <w:tcW w:type="dxa" w:w="141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00:15:16.700000</w:t>
            </w:r>
          </w:p>
        </w:tc>
        <w:tc>
          <w:tcPr>
            <w:tcW w:type="dxa" w:w="1134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99</w:t>
            </w:r>
          </w:p>
        </w:tc>
      </w:tr>
      <w:tr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</w:t>
            </w:r>
          </w:p>
        </w:tc>
        <w:tc>
          <w:tcPr>
            <w:tcW w:type="dxa" w:w="2835"/>
            <w:shd w:val="clear" w:color="auto" w:fill="b87440"/>
          </w:tcPr>
          <w:p>
            <w:pPr>
              <w:jc w:val="left"/>
            </w:pPr>
            <w:r>
              <w:rPr>
                <w:b/>
                <w:i w:val="0"/>
                <w:color w:val="FFFFFF"/>
                <w:sz w:val="18"/>
              </w:rPr>
              <w:t>Samuel DAVIES</w:t>
            </w:r>
          </w:p>
        </w:tc>
        <w:tc>
          <w:tcPr>
            <w:tcW w:type="dxa" w:w="2551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Team Bath AC</w:t>
            </w:r>
          </w:p>
        </w:tc>
        <w:tc>
          <w:tcPr>
            <w:tcW w:type="dxa" w:w="850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M</w:t>
            </w:r>
          </w:p>
        </w:tc>
        <w:tc>
          <w:tcPr>
            <w:tcW w:type="dxa" w:w="850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Sen</w:t>
            </w:r>
          </w:p>
        </w:tc>
        <w:tc>
          <w:tcPr>
            <w:tcW w:type="dxa" w:w="141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00:15:17.800000</w:t>
            </w:r>
          </w:p>
        </w:tc>
        <w:tc>
          <w:tcPr>
            <w:tcW w:type="dxa" w:w="1134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98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Harry HART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City of Salisbury A&amp;RC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00:15:27.200000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97</w:t>
            </w:r>
          </w:p>
        </w:tc>
      </w:tr>
      <w:t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2835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Kieran BABBAGE</w:t>
            </w:r>
          </w:p>
        </w:tc>
        <w:tc>
          <w:tcPr>
            <w:tcW w:type="dxa" w:w="255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Team Bath AC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00:15:37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Ryan JOHNSTONE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Team Bath AC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00:15:42.800000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95</w:t>
            </w:r>
          </w:p>
        </w:tc>
      </w:tr>
      <w:t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2835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Mark THRELFALL</w:t>
            </w:r>
          </w:p>
        </w:tc>
        <w:tc>
          <w:tcPr>
            <w:tcW w:type="dxa" w:w="255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Team Bath AC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00:15:48.100000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94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Thomas BROOKE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Team Bath AC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00:15:58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93</w:t>
            </w:r>
          </w:p>
        </w:tc>
      </w:tr>
      <w:t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2835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Riley HEYES</w:t>
            </w:r>
          </w:p>
        </w:tc>
        <w:tc>
          <w:tcPr>
            <w:tcW w:type="dxa" w:w="255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Devizes RC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00:16:04.800000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92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Archie ENSTONE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Team Bath AC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00:16:10.900000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91</w:t>
            </w:r>
          </w:p>
        </w:tc>
      </w:tr>
    </w:tbl>
    <w:p>
      <w:pPr>
        <w:spacing w:before="0" w:after="120"/>
      </w:pP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CATEGORY LEADERS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>
        <w:tc>
          <w:tcPr>
            <w:tcW w:type="dxa" w:w="850"/>
            <w:shd w:val="clear" w:color="auto" w:fill="3a4658"/>
          </w:tcPr>
          <w:p/>
        </w:tc>
        <w:tc>
          <w:tcPr>
            <w:tcW w:type="dxa" w:w="935"/>
            <w:shd w:val="clear" w:color="auto" w:fill="2d7a4a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SEN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V35</w:t>
            </w:r>
          </w:p>
        </w:tc>
        <w:tc>
          <w:tcPr>
            <w:tcW w:type="dxa" w:w="935"/>
            <w:shd w:val="clear" w:color="auto" w:fill="1a5fa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V40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V45</w:t>
            </w:r>
          </w:p>
        </w:tc>
        <w:tc>
          <w:tcPr>
            <w:tcW w:type="dxa" w:w="935"/>
            <w:shd w:val="clear" w:color="auto" w:fill="c05800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V50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V55</w:t>
            </w:r>
          </w:p>
        </w:tc>
        <w:tc>
          <w:tcPr>
            <w:tcW w:type="dxa" w:w="935"/>
            <w:shd w:val="clear" w:color="auto" w:fill="5e3590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V60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V65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V70</w:t>
            </w:r>
          </w:p>
        </w:tc>
        <w:tc>
          <w:tcPr>
            <w:tcW w:type="dxa" w:w="935"/>
            <w:shd w:val="clear" w:color="auto" w:fill="a06820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V70+</w:t>
            </w:r>
          </w:p>
        </w:tc>
      </w:tr>
      <w:tr>
        <w:tc>
          <w:tcPr>
            <w:tcW w:type="dxa" w:w="850"/>
            <w:shd w:val="clear" w:color="auto" w:fill="3a4658"/>
          </w:tcPr>
          <w:p>
            <w:pPr>
              <w:spacing w:before="160" w:after="80"/>
              <w:jc w:val="center"/>
            </w:pPr>
            <w:r>
              <w:rPr>
                <w:b/>
                <w:color w:val="FFFFFF"/>
                <w:sz w:val="16"/>
              </w:rPr>
              <w:t>MALE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Tobi LOUGHLIN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Team Bath AC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Michael PASSMORE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Swindon Harriers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Rich HARDING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Paul REDDAWAY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Corsham RC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Tom HUTCHISON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Team Bath AC</w:t>
            </w:r>
          </w:p>
        </w:tc>
      </w:tr>
      <w:tr>
        <w:tc>
          <w:tcPr>
            <w:tcW w:type="dxa" w:w="850"/>
            <w:shd w:val="clear" w:color="auto" w:fill="4a5e6e"/>
          </w:tcPr>
          <w:p>
            <w:pPr>
              <w:spacing w:before="160" w:after="80"/>
              <w:jc w:val="center"/>
            </w:pPr>
            <w:r>
              <w:rPr>
                <w:b/>
                <w:color w:val="FFFFFF"/>
                <w:sz w:val="16"/>
              </w:rPr>
              <w:t>FEMALE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Eloise FOSTER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Swindon Harriers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Ann Marie BRAZIER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Chippenham Harriers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Victoria RATCLIFFE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Team Bath AC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Diane HIER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Teresa LOVERN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Somer AC</w:t>
            </w:r>
          </w:p>
        </w:tc>
      </w:tr>
    </w:tbl>
    <w:p>
      <w:pPr>
        <w:spacing w:before="0" w:after="0"/>
      </w:pPr>
      <w:r>
        <w:br w:type="page"/>
      </w: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CLUB RESULTS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>
        <w:tc>
          <w:tcPr>
            <w:tcW w:type="dxa" w:w="4710"/>
            <w:gridSpan w:val="6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20"/>
              </w:rPr>
              <w:t>Division 1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4710"/>
            <w:gridSpan w:val="6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20"/>
              </w:rPr>
              <w:t>Division 2</w:t>
            </w:r>
          </w:p>
        </w:tc>
      </w:tr>
      <w:tr>
        <w:tc>
          <w:tcPr>
            <w:tcW w:type="dxa" w:w="39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187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Men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Women</w:t>
            </w:r>
          </w:p>
        </w:tc>
        <w:tc>
          <w:tcPr>
            <w:tcW w:type="dxa" w:w="73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Score</w:t>
            </w:r>
          </w:p>
        </w:tc>
        <w:tc>
          <w:tcPr>
            <w:tcW w:type="dxa" w:w="624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187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Men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Women</w:t>
            </w:r>
          </w:p>
        </w:tc>
        <w:tc>
          <w:tcPr>
            <w:tcW w:type="dxa" w:w="73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Score</w:t>
            </w:r>
          </w:p>
        </w:tc>
        <w:tc>
          <w:tcPr>
            <w:tcW w:type="dxa" w:w="624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</w:tr>
      <w:tr>
        <w:tc>
          <w:tcPr>
            <w:tcW w:type="dxa" w:w="39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1871"/>
            <w:shd w:val="clear" w:color="auto" w:fill="2d7a4a"/>
          </w:tcPr>
          <w:p>
            <w:pPr>
              <w:jc w:val="left"/>
            </w:pPr>
            <w:r>
              <w:rPr>
                <w:b/>
                <w:i w:val="0"/>
                <w:color w:val="FFFFFF"/>
                <w:sz w:val="18"/>
              </w:rPr>
              <w:t>Team Bath AC (A)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488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474</w:t>
            </w:r>
          </w:p>
        </w:tc>
        <w:tc>
          <w:tcPr>
            <w:tcW w:type="dxa" w:w="73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962</w:t>
            </w:r>
          </w:p>
        </w:tc>
        <w:tc>
          <w:tcPr>
            <w:tcW w:type="dxa" w:w="624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20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1871"/>
            <w:shd w:val="clear" w:color="auto" w:fill="2d7a4a"/>
          </w:tcPr>
          <w:p>
            <w:pPr>
              <w:jc w:val="left"/>
            </w:pPr>
            <w:r>
              <w:rPr>
                <w:b/>
                <w:i w:val="0"/>
                <w:color w:val="FFFFFF"/>
                <w:sz w:val="18"/>
              </w:rPr>
              <w:t>Team Bath AC (B)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453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386</w:t>
            </w:r>
          </w:p>
        </w:tc>
        <w:tc>
          <w:tcPr>
            <w:tcW w:type="dxa" w:w="73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839</w:t>
            </w:r>
          </w:p>
        </w:tc>
        <w:tc>
          <w:tcPr>
            <w:tcW w:type="dxa" w:w="624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20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Avon Valley Runners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342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712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City of Salisbury A&amp;RC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355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413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768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3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Chippenham Harriers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285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384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669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3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Devizes RC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186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83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269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Harriers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391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197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588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Chippenham Harriers (B)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88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172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260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Frome RC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174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399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573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Frome RC (B)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228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253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Avon Valley Runners (B)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220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229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449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City of Salisbury A&amp;RC (B)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32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121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153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Royal Wootton Bassett Hounds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192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203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395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Warminster RC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49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119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Calne RC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227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367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Harriers (B)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111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111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Somer AC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164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145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309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Marlborough Running Club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79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94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Stonehenge Striders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55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247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302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Highworth RC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26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63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89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11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Corsham RC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134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148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282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11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Marlborough Athletics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62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62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12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Royal Wootton Bassett Hounds (B)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25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62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87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12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Somer AC (B)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25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39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13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Striders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33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38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14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Calne SMaRTT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32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15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Slinn Allstars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34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34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16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St Marys Sports Centre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32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32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17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Calne RC (B)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30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18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Pewsey Vale RC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19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Stonehenge Striders (B)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</w:t>
            </w:r>
          </w:p>
        </w:tc>
      </w:tr>
    </w:tbl>
    <w:p>
      <w:pPr>
        <w:spacing w:before="0" w:after="120"/>
      </w:pPr>
    </w:p>
    <w:sectPr w:rsidR="00FC693F" w:rsidRPr="0006063C" w:rsidSect="00034616">
      <w:footerReference w:type="default" r:id="rId10"/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Grid>
      <w:gridCol w:w="3402"/>
      <w:gridCol w:w="3402"/>
      <w:gridCol w:w="3402"/>
    </w:tblGrid>
    <w:tr>
      <w:tc>
        <w:tcPr>
          <w:tcW w:type="dxa" w:w="3402"/>
        </w:tcPr>
        <w:p>
          <w:pPr>
            <w:jc w:val="left"/>
          </w:pPr>
          <w:r>
            <w:rPr>
              <w:color w:val="808090"/>
              <w:sz w:val="16"/>
            </w:rPr>
            <w:t>© 2026 Wiltshire Athletics Assoc.</w:t>
          </w:r>
        </w:p>
      </w:tc>
      <w:tc>
        <w:tcPr>
          <w:tcW w:type="dxa" w:w="3969"/>
        </w:tcPr>
        <w:p>
          <w:pPr>
            <w:jc w:val="center"/>
          </w:pPr>
          <w:r>
            <w:rPr>
              <w:color w:val="808090"/>
              <w:sz w:val="16"/>
            </w:rPr>
            <w:t>WRRL League AI v8.3.0</w:t>
          </w:r>
        </w:p>
      </w:tc>
      <w:tc>
        <w:tcPr>
          <w:tcW w:type="dxa" w:w="2835"/>
        </w:tcPr>
        <w:p/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Calibri" w:hAnsi="Calibr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Calibri" w:hAnsi="Calibr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Calibri" w:hAnsi="Calibr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Calibri" w:hAnsi="Calibr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Calibri" w:hAnsi="Calibr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Calibri" w:hAnsi="Calibr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Calibri" w:hAnsi="Calibri"/>
    </w:rPr>
  </w:style>
  <w:style w:type="table" w:default="1" w:styleId="TableNormal">
    <w:name w:val="Normal Table"/>
    <w:uiPriority w:val="99"/>
    <w:semiHidden/>
    <w:unhideWhenUsed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Calibri" w:hAnsi="Calibr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Calibri" w:hAnsi="Calibr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Calibri" w:hAnsi="Calibri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Calibri" w:hAnsi="Calibri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Calibri" w:hAnsi="Calibri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Calibri" w:hAnsi="Calibri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Calibri" w:hAnsi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Calibri" w:hAnsi="Calibri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Calibri" w:hAnsi="Calibri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Calibri" w:hAnsi="Calibri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Calibri" w:hAnsi="Calibri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Calibri" w:hAnsi="Calibri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Calibri" w:hAnsi="Calibri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Calibri" w:hAnsi="Calibri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Calibri" w:hAnsi="Calibri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Calibri" w:hAnsi="Calibri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Calibri" w:hAnsi="Calibri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Calibri" w:hAnsi="Calibri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Calibri" w:hAnsi="Calibri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libri" w:hAnsi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alibri" w:hAnsi="Calibr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Calibri" w:hAnsi="Calibr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Calibri" w:hAnsi="Calibri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Calibri" w:hAnsi="Calibr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Calibri" w:hAnsi="Calibr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Calibri" w:hAnsi="Calibr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Calibri" w:hAnsi="Calibri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Calibri" w:hAnsi="Calibr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hAnsi="Calibr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Calibri" w:hAnsi="Calibri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Calibri" w:hAnsi="Calibri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Calibri" w:hAnsi="Calibri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Calibri" w:hAnsi="Calibri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Calibri" w:hAnsi="Calibri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Calibri" w:hAnsi="Calibri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Calibri" w:hAnsi="Calibri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Calibri" w:hAnsi="Calibri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Calibri" w:hAnsi="Calibri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Calibri" w:hAnsi="Calibri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Calibri" w:hAnsi="Calibri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Calibri" w:hAnsi="Calibri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Calibri" w:hAnsi="Calibri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Calibri" w:hAnsi="Calibri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