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1417"/>
            <w:shd w:val="clear" w:color="auto" w:fill="3a4658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92000" cy="792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RRL shield concep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87"/>
            <w:shd w:val="clear" w:color="auto" w:fill="3a4658"/>
          </w:tcPr>
          <w:p>
            <w:pPr>
              <w:spacing w:before="120"/>
              <w:ind w:left="227"/>
              <w:jc w:val="left"/>
            </w:pPr>
            <w:r>
              <w:rPr>
                <w:b/>
                <w:color w:val="FFFFFF"/>
                <w:sz w:val="44"/>
              </w:rPr>
              <w:t>LIGHTNING BOLT 10K ROUND 2 (AUDITED)</w:t>
            </w:r>
          </w:p>
          <w:p>
            <w:pPr>
              <w:ind w:left="227"/>
            </w:pPr>
            <w:r>
              <w:rPr>
                <w:b/>
                <w:color w:val="A0B0C0"/>
                <w:sz w:val="22"/>
              </w:rPr>
              <w:t>RACE 4 OF 5</w:t>
            </w:r>
          </w:p>
        </w:tc>
      </w:tr>
    </w:tbl>
    <w:p>
      <w:pPr>
        <w:spacing w:before="0" w:after="120"/>
        <w:shd w:val="clear" w:color="auto" w:fill="2d7a4a"/>
      </w:pPr>
    </w:p>
    <w:p>
      <w:pPr>
        <w:spacing w:before="0" w:after="160"/>
      </w:pP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INDIVIDUAL RESULTS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2835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Name</w:t>
            </w:r>
          </w:p>
        </w:tc>
        <w:tc>
          <w:tcPr>
            <w:tcW w:type="dxa" w:w="255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85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Gender</w:t>
            </w:r>
          </w:p>
        </w:tc>
        <w:tc>
          <w:tcPr>
            <w:tcW w:type="dxa" w:w="85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Cat</w:t>
            </w:r>
          </w:p>
        </w:tc>
        <w:tc>
          <w:tcPr>
            <w:tcW w:type="dxa" w:w="141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Time</w:t>
            </w:r>
          </w:p>
        </w:tc>
        <w:tc>
          <w:tcPr>
            <w:tcW w:type="dxa" w:w="1134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Points</w:t>
            </w:r>
          </w:p>
        </w:tc>
      </w:tr>
      <w:tr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1</w:t>
            </w:r>
          </w:p>
        </w:tc>
        <w:tc>
          <w:tcPr>
            <w:tcW w:type="dxa" w:w="2835"/>
            <w:shd w:val="clear" w:color="auto" w:fill="c9a84c"/>
          </w:tcPr>
          <w:p>
            <w:pPr>
              <w:jc w:val="left"/>
            </w:pPr>
            <w:r>
              <w:rPr>
                <w:b/>
                <w:i w:val="0"/>
                <w:color w:val="3A4658"/>
                <w:sz w:val="18"/>
              </w:rPr>
              <w:t>Ben MEES</w:t>
            </w:r>
          </w:p>
        </w:tc>
        <w:tc>
          <w:tcPr>
            <w:tcW w:type="dxa" w:w="2551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Avon Valley Runners</w:t>
            </w:r>
          </w:p>
        </w:tc>
        <w:tc>
          <w:tcPr>
            <w:tcW w:type="dxa" w:w="850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M</w:t>
            </w:r>
          </w:p>
        </w:tc>
        <w:tc>
          <w:tcPr>
            <w:tcW w:type="dxa" w:w="850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V40</w:t>
            </w:r>
          </w:p>
        </w:tc>
        <w:tc>
          <w:tcPr>
            <w:tcW w:type="dxa" w:w="141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00:33:29.100</w:t>
            </w:r>
          </w:p>
        </w:tc>
        <w:tc>
          <w:tcPr>
            <w:tcW w:type="dxa" w:w="1134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100</w:t>
            </w:r>
          </w:p>
        </w:tc>
      </w:tr>
      <w:tr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2</w:t>
            </w:r>
          </w:p>
        </w:tc>
        <w:tc>
          <w:tcPr>
            <w:tcW w:type="dxa" w:w="2835"/>
            <w:shd w:val="clear" w:color="auto" w:fill="a8b4c4"/>
          </w:tcPr>
          <w:p>
            <w:pPr>
              <w:jc w:val="left"/>
            </w:pPr>
            <w:r>
              <w:rPr>
                <w:b/>
                <w:i w:val="0"/>
                <w:color w:val="3A4658"/>
                <w:sz w:val="18"/>
              </w:rPr>
              <w:t>Pete DYSON</w:t>
            </w:r>
          </w:p>
        </w:tc>
        <w:tc>
          <w:tcPr>
            <w:tcW w:type="dxa" w:w="2551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Team Bath AC</w:t>
            </w:r>
          </w:p>
        </w:tc>
        <w:tc>
          <w:tcPr>
            <w:tcW w:type="dxa" w:w="850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M</w:t>
            </w:r>
          </w:p>
        </w:tc>
        <w:tc>
          <w:tcPr>
            <w:tcW w:type="dxa" w:w="850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Sen</w:t>
            </w:r>
          </w:p>
        </w:tc>
        <w:tc>
          <w:tcPr>
            <w:tcW w:type="dxa" w:w="141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00:33:39.200</w:t>
            </w:r>
          </w:p>
        </w:tc>
        <w:tc>
          <w:tcPr>
            <w:tcW w:type="dxa" w:w="1134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99</w:t>
            </w:r>
          </w:p>
        </w:tc>
      </w:tr>
      <w:tr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</w:t>
            </w:r>
          </w:p>
        </w:tc>
        <w:tc>
          <w:tcPr>
            <w:tcW w:type="dxa" w:w="2835"/>
            <w:shd w:val="clear" w:color="auto" w:fill="b87440"/>
          </w:tcPr>
          <w:p>
            <w:pPr>
              <w:jc w:val="left"/>
            </w:pPr>
            <w:r>
              <w:rPr>
                <w:b/>
                <w:i w:val="0"/>
                <w:color w:val="FFFFFF"/>
                <w:sz w:val="18"/>
              </w:rPr>
              <w:t>Thomas DAVIES</w:t>
            </w:r>
          </w:p>
        </w:tc>
        <w:tc>
          <w:tcPr>
            <w:tcW w:type="dxa" w:w="2551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Team Bath AC</w:t>
            </w:r>
          </w:p>
        </w:tc>
        <w:tc>
          <w:tcPr>
            <w:tcW w:type="dxa" w:w="850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M</w:t>
            </w:r>
          </w:p>
        </w:tc>
        <w:tc>
          <w:tcPr>
            <w:tcW w:type="dxa" w:w="850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Sen</w:t>
            </w:r>
          </w:p>
        </w:tc>
        <w:tc>
          <w:tcPr>
            <w:tcW w:type="dxa" w:w="141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00:34:11.900</w:t>
            </w:r>
          </w:p>
        </w:tc>
        <w:tc>
          <w:tcPr>
            <w:tcW w:type="dxa" w:w="1134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98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Karl PRYOR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Corsham RC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00:34:24.600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97</w:t>
            </w:r>
          </w:p>
        </w:tc>
      </w:tr>
      <w:t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2835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Tom HILL</w:t>
            </w:r>
          </w:p>
        </w:tc>
        <w:tc>
          <w:tcPr>
            <w:tcW w:type="dxa" w:w="255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Royal Wootton Bassett Hounds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00:34:35.400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Philip DANIELS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Calne RC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00:34:39.300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95</w:t>
            </w:r>
          </w:p>
        </w:tc>
      </w:tr>
      <w:t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2835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Neil GREGORY</w:t>
            </w:r>
          </w:p>
        </w:tc>
        <w:tc>
          <w:tcPr>
            <w:tcW w:type="dxa" w:w="255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Avon Valley Runners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00:34:48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94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Jake STEPHENS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Chippenham Harriers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00:34:50.300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93</w:t>
            </w:r>
          </w:p>
        </w:tc>
      </w:tr>
      <w:t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2835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Jay HOOKINS</w:t>
            </w:r>
          </w:p>
        </w:tc>
        <w:tc>
          <w:tcPr>
            <w:tcW w:type="dxa" w:w="255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Avon Valley Runners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00:35:09.100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92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James MCGOUGH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Swindon Harriers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00:35:10.400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91</w:t>
            </w:r>
          </w:p>
        </w:tc>
      </w:tr>
    </w:tbl>
    <w:p>
      <w:pPr>
        <w:spacing w:before="0" w:after="120"/>
      </w:pP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CATEGORY LEADERS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>
        <w:tc>
          <w:tcPr>
            <w:tcW w:type="dxa" w:w="850"/>
            <w:shd w:val="clear" w:color="auto" w:fill="3a4658"/>
          </w:tcPr>
          <w:p/>
        </w:tc>
        <w:tc>
          <w:tcPr>
            <w:tcW w:type="dxa" w:w="935"/>
            <w:shd w:val="clear" w:color="auto" w:fill="2d7a4a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SEN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V35</w:t>
            </w:r>
          </w:p>
        </w:tc>
        <w:tc>
          <w:tcPr>
            <w:tcW w:type="dxa" w:w="935"/>
            <w:shd w:val="clear" w:color="auto" w:fill="1a5fa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V40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V45</w:t>
            </w:r>
          </w:p>
        </w:tc>
        <w:tc>
          <w:tcPr>
            <w:tcW w:type="dxa" w:w="935"/>
            <w:shd w:val="clear" w:color="auto" w:fill="c05800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V50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V55</w:t>
            </w:r>
          </w:p>
        </w:tc>
        <w:tc>
          <w:tcPr>
            <w:tcW w:type="dxa" w:w="935"/>
            <w:shd w:val="clear" w:color="auto" w:fill="5e3590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V60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V65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V70</w:t>
            </w:r>
          </w:p>
        </w:tc>
        <w:tc>
          <w:tcPr>
            <w:tcW w:type="dxa" w:w="935"/>
            <w:shd w:val="clear" w:color="auto" w:fill="a06820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V70+</w:t>
            </w:r>
          </w:p>
        </w:tc>
      </w:tr>
      <w:tr>
        <w:tc>
          <w:tcPr>
            <w:tcW w:type="dxa" w:w="850"/>
            <w:shd w:val="clear" w:color="auto" w:fill="3a4658"/>
          </w:tcPr>
          <w:p>
            <w:pPr>
              <w:spacing w:before="160" w:after="80"/>
              <w:jc w:val="center"/>
            </w:pPr>
            <w:r>
              <w:rPr>
                <w:b/>
                <w:color w:val="FFFFFF"/>
                <w:sz w:val="16"/>
              </w:rPr>
              <w:t>MALE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Pete DYSON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Team Bath AC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Ben MEES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Jon HICKS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Chippenham Harriers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Tim BURRELL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Tom HUTCHISON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Team Bath AC</w:t>
            </w:r>
          </w:p>
        </w:tc>
      </w:tr>
      <w:tr>
        <w:tc>
          <w:tcPr>
            <w:tcW w:type="dxa" w:w="850"/>
            <w:shd w:val="clear" w:color="auto" w:fill="4a5e6e"/>
          </w:tcPr>
          <w:p>
            <w:pPr>
              <w:spacing w:before="160" w:after="80"/>
              <w:jc w:val="center"/>
            </w:pPr>
            <w:r>
              <w:rPr>
                <w:b/>
                <w:color w:val="FFFFFF"/>
                <w:sz w:val="16"/>
              </w:rPr>
              <w:t>FEMALE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Lucy MORRISON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Swindon Harriers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Georgia WOOD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Team Bath AC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Clare KELLAR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Marlborough Running Club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Diane HIER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Teresa LOVERN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Somer AC</w:t>
            </w:r>
          </w:p>
        </w:tc>
      </w:tr>
    </w:tbl>
    <w:p>
      <w:pPr>
        <w:spacing w:before="0" w:after="0"/>
      </w:pPr>
      <w:r>
        <w:br w:type="page"/>
      </w: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CLUB RESULTS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>
        <w:tc>
          <w:tcPr>
            <w:tcW w:type="dxa" w:w="4710"/>
            <w:gridSpan w:val="6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20"/>
              </w:rPr>
              <w:t>Division 1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4710"/>
            <w:gridSpan w:val="6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20"/>
              </w:rPr>
              <w:t>Division 2</w:t>
            </w:r>
          </w:p>
        </w:tc>
      </w:tr>
      <w:tr>
        <w:tc>
          <w:tcPr>
            <w:tcW w:type="dxa" w:w="39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187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Men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Women</w:t>
            </w:r>
          </w:p>
        </w:tc>
        <w:tc>
          <w:tcPr>
            <w:tcW w:type="dxa" w:w="73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Score</w:t>
            </w:r>
          </w:p>
        </w:tc>
        <w:tc>
          <w:tcPr>
            <w:tcW w:type="dxa" w:w="624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187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Men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Women</w:t>
            </w:r>
          </w:p>
        </w:tc>
        <w:tc>
          <w:tcPr>
            <w:tcW w:type="dxa" w:w="73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Score</w:t>
            </w:r>
          </w:p>
        </w:tc>
        <w:tc>
          <w:tcPr>
            <w:tcW w:type="dxa" w:w="624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</w:tr>
      <w:tr>
        <w:tc>
          <w:tcPr>
            <w:tcW w:type="dxa" w:w="39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1871"/>
            <w:shd w:val="clear" w:color="auto" w:fill="2d7a4a"/>
          </w:tcPr>
          <w:p>
            <w:pPr>
              <w:jc w:val="left"/>
            </w:pPr>
            <w:r>
              <w:rPr>
                <w:b/>
                <w:i w:val="0"/>
                <w:color w:val="FFFFFF"/>
                <w:sz w:val="18"/>
              </w:rPr>
              <w:t>Avon Valley Runners (A)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465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416</w:t>
            </w:r>
          </w:p>
        </w:tc>
        <w:tc>
          <w:tcPr>
            <w:tcW w:type="dxa" w:w="73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881</w:t>
            </w:r>
          </w:p>
        </w:tc>
        <w:tc>
          <w:tcPr>
            <w:tcW w:type="dxa" w:w="624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20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1871"/>
            <w:shd w:val="clear" w:color="auto" w:fill="2d7a4a"/>
          </w:tcPr>
          <w:p>
            <w:pPr>
              <w:jc w:val="left"/>
            </w:pPr>
            <w:r>
              <w:rPr>
                <w:b/>
                <w:i w:val="0"/>
                <w:color w:val="FFFFFF"/>
                <w:sz w:val="18"/>
              </w:rPr>
              <w:t>Slinn Allstars (A)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143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300</w:t>
            </w:r>
          </w:p>
        </w:tc>
        <w:tc>
          <w:tcPr>
            <w:tcW w:type="dxa" w:w="73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443</w:t>
            </w:r>
          </w:p>
        </w:tc>
        <w:tc>
          <w:tcPr>
            <w:tcW w:type="dxa" w:w="624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20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Royal Wootton Bassett Hounds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401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413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814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Chippenham Harriers (B)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210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221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431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3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Frome RC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355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440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795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3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Frome RC (B)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108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226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334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Chippenham Harriers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374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298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672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Devizes RC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48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187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235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Avon Valley Runners (B)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339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303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642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Marlborough Running Club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77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173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Corsham RC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301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275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576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Marlborough Athletics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153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153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Team Bath AC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433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99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532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Pewsey Vale RC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39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102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141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Calne RC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207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206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413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Team Bath AC (B)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103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103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Royal Wootton Bassett Hounds (B)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114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278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392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Striders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66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71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Stonehenge Striders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217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146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363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City of Salisbury A&amp;RC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58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58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11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Harriers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247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347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11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St Marys Sports Centre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49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49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12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Somer AC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129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72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201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</w:tr>
    </w:tbl>
    <w:p>
      <w:pPr>
        <w:spacing w:before="0" w:after="120"/>
      </w:pPr>
    </w:p>
    <w:sectPr w:rsidR="00FC693F" w:rsidRPr="0006063C" w:rsidSect="00034616">
      <w:footerReference w:type="default" r:id="rId10"/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Grid>
      <w:gridCol w:w="3402"/>
      <w:gridCol w:w="3402"/>
      <w:gridCol w:w="3402"/>
    </w:tblGrid>
    <w:tr>
      <w:tc>
        <w:tcPr>
          <w:tcW w:type="dxa" w:w="3402"/>
        </w:tcPr>
        <w:p>
          <w:pPr>
            <w:jc w:val="left"/>
          </w:pPr>
          <w:r>
            <w:rPr>
              <w:color w:val="808090"/>
              <w:sz w:val="16"/>
            </w:rPr>
            <w:t>© 2026 Wiltshire Athletics Assoc.</w:t>
          </w:r>
        </w:p>
      </w:tc>
      <w:tc>
        <w:tcPr>
          <w:tcW w:type="dxa" w:w="3969"/>
        </w:tcPr>
        <w:p>
          <w:pPr>
            <w:jc w:val="center"/>
          </w:pPr>
          <w:r>
            <w:rPr>
              <w:color w:val="808090"/>
              <w:sz w:val="16"/>
            </w:rPr>
            <w:t>WRRL League AI v8.3.0</w:t>
          </w:r>
        </w:p>
      </w:tc>
      <w:tc>
        <w:tcPr>
          <w:tcW w:type="dxa" w:w="2835"/>
        </w:tcPr>
        <w:p/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Calibri" w:hAnsi="Calibr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Calibri" w:hAnsi="Calibr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Calibri" w:hAnsi="Calibr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Calibri" w:hAnsi="Calibr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Calibri" w:hAnsi="Calibr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Calibri" w:hAnsi="Calibr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Calibri" w:hAnsi="Calibri"/>
    </w:rPr>
  </w:style>
  <w:style w:type="table" w:default="1" w:styleId="TableNormal">
    <w:name w:val="Normal Table"/>
    <w:uiPriority w:val="99"/>
    <w:semiHidden/>
    <w:unhideWhenUsed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Calibri" w:hAnsi="Calibr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Calibri" w:hAnsi="Calibr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Calibri" w:hAnsi="Calibri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Calibri" w:hAnsi="Calibri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Calibri" w:hAnsi="Calibri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Calibri" w:hAnsi="Calibri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Calibri" w:hAnsi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Calibri" w:hAnsi="Calibri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Calibri" w:hAnsi="Calibri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Calibri" w:hAnsi="Calibri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Calibri" w:hAnsi="Calibri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Calibri" w:hAnsi="Calibri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Calibri" w:hAnsi="Calibri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Calibri" w:hAnsi="Calibri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Calibri" w:hAnsi="Calibri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Calibri" w:hAnsi="Calibri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Calibri" w:hAnsi="Calibri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Calibri" w:hAnsi="Calibri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Calibri" w:hAnsi="Calibri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libri" w:hAnsi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alibri" w:hAnsi="Calibr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Calibri" w:hAnsi="Calibr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Calibri" w:hAnsi="Calibri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Calibri" w:hAnsi="Calibr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Calibri" w:hAnsi="Calibr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Calibri" w:hAnsi="Calibr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Calibri" w:hAnsi="Calibri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Calibri" w:hAnsi="Calibr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hAnsi="Calibr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Calibri" w:hAnsi="Calibri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Calibri" w:hAnsi="Calibri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Calibri" w:hAnsi="Calibri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Calibri" w:hAnsi="Calibri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Calibri" w:hAnsi="Calibri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Calibri" w:hAnsi="Calibri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Calibri" w:hAnsi="Calibri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Calibri" w:hAnsi="Calibri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Calibri" w:hAnsi="Calibri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Calibri" w:hAnsi="Calibri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Calibri" w:hAnsi="Calibri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Calibri" w:hAnsi="Calibri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Calibri" w:hAnsi="Calibri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Calibri" w:hAnsi="Calibri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