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1417"/>
            <w:shd w:val="clear" w:color="auto" w:fill="3a4658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92000" cy="792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WRRL shield concept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9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787"/>
            <w:shd w:val="clear" w:color="auto" w:fill="3a4658"/>
          </w:tcPr>
          <w:p>
            <w:pPr>
              <w:spacing w:before="120"/>
              <w:ind w:left="227"/>
              <w:jc w:val="left"/>
            </w:pPr>
            <w:r>
              <w:rPr>
                <w:b/>
                <w:color w:val="FFFFFF"/>
                <w:sz w:val="44"/>
              </w:rPr>
              <w:t>HEDDINGTON 5K ROUND 3 (AUDITED)</w:t>
            </w:r>
          </w:p>
          <w:p>
            <w:pPr>
              <w:ind w:left="227"/>
            </w:pPr>
            <w:r>
              <w:rPr>
                <w:b/>
                <w:color w:val="A0B0C0"/>
                <w:sz w:val="22"/>
              </w:rPr>
              <w:t>RACE 5 OF 5</w:t>
            </w:r>
          </w:p>
        </w:tc>
      </w:tr>
    </w:tbl>
    <w:p>
      <w:pPr>
        <w:spacing w:before="0" w:after="120"/>
        <w:shd w:val="clear" w:color="auto" w:fill="2d7a4a"/>
      </w:pPr>
    </w:p>
    <w:p>
      <w:pPr>
        <w:spacing w:before="0" w:after="160"/>
      </w:pPr>
    </w:p>
    <w:p>
      <w:pPr>
        <w:spacing w:before="280" w:after="120"/>
        <w:ind w:left="120"/>
        <w:shd w:val="clear" w:color="auto" w:fill="2d7a4a"/>
      </w:pPr>
      <w:r>
        <w:rPr>
          <w:b/>
          <w:color w:val="FFFFFF"/>
          <w:sz w:val="20"/>
        </w:rPr>
        <w:t>INDIVIDUAL RESULTS</w:t>
      </w:r>
    </w:p>
    <w:tbl>
      <w:tblPr>
        <w:tblStyle w:val="TableGrid"/>
        <w:tblW w:type="auto" w:w="0"/>
        <w:tblLook w:firstColumn="1" w:firstRow="1" w:lastColumn="0" w:lastRow="0" w:noHBand="0" w:noVBand="1" w:val="04A0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1458"/>
        <w:gridCol w:w="1458"/>
        <w:gridCol w:w="1458"/>
        <w:gridCol w:w="1458"/>
        <w:gridCol w:w="1458"/>
        <w:gridCol w:w="1458"/>
        <w:gridCol w:w="1458"/>
      </w:tblGrid>
      <w:tr>
        <w:tc>
          <w:tcPr>
            <w:tcW w:type="dxa" w:w="56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Pos</w:t>
            </w:r>
          </w:p>
        </w:tc>
        <w:tc>
          <w:tcPr>
            <w:tcW w:type="dxa" w:w="2835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Name</w:t>
            </w:r>
          </w:p>
        </w:tc>
        <w:tc>
          <w:tcPr>
            <w:tcW w:type="dxa" w:w="2551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Club</w:t>
            </w:r>
          </w:p>
        </w:tc>
        <w:tc>
          <w:tcPr>
            <w:tcW w:type="dxa" w:w="850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Gender</w:t>
            </w:r>
          </w:p>
        </w:tc>
        <w:tc>
          <w:tcPr>
            <w:tcW w:type="dxa" w:w="850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Cat</w:t>
            </w:r>
          </w:p>
        </w:tc>
        <w:tc>
          <w:tcPr>
            <w:tcW w:type="dxa" w:w="141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Time</w:t>
            </w:r>
          </w:p>
        </w:tc>
        <w:tc>
          <w:tcPr>
            <w:tcW w:type="dxa" w:w="1134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Points</w:t>
            </w:r>
          </w:p>
        </w:tc>
      </w:tr>
      <w:tr>
        <w:tc>
          <w:tcPr>
            <w:tcW w:type="dxa" w:w="567"/>
            <w:shd w:val="clear" w:color="auto" w:fill="c9a84c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1</w:t>
            </w:r>
          </w:p>
        </w:tc>
        <w:tc>
          <w:tcPr>
            <w:tcW w:type="dxa" w:w="2835"/>
            <w:shd w:val="clear" w:color="auto" w:fill="c9a84c"/>
          </w:tcPr>
          <w:p>
            <w:pPr>
              <w:jc w:val="left"/>
            </w:pPr>
            <w:r>
              <w:rPr>
                <w:b/>
                <w:i w:val="0"/>
                <w:color w:val="3A4658"/>
                <w:sz w:val="18"/>
              </w:rPr>
              <w:t>Ben COLE</w:t>
            </w:r>
          </w:p>
        </w:tc>
        <w:tc>
          <w:tcPr>
            <w:tcW w:type="dxa" w:w="2551"/>
            <w:shd w:val="clear" w:color="auto" w:fill="c9a84c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Swindon Harriers</w:t>
            </w:r>
          </w:p>
        </w:tc>
        <w:tc>
          <w:tcPr>
            <w:tcW w:type="dxa" w:w="850"/>
            <w:shd w:val="clear" w:color="auto" w:fill="c9a84c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M</w:t>
            </w:r>
          </w:p>
        </w:tc>
        <w:tc>
          <w:tcPr>
            <w:tcW w:type="dxa" w:w="850"/>
            <w:shd w:val="clear" w:color="auto" w:fill="c9a84c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V40</w:t>
            </w:r>
          </w:p>
        </w:tc>
        <w:tc>
          <w:tcPr>
            <w:tcW w:type="dxa" w:w="1417"/>
            <w:shd w:val="clear" w:color="auto" w:fill="c9a84c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00:15:11.800000</w:t>
            </w:r>
          </w:p>
        </w:tc>
        <w:tc>
          <w:tcPr>
            <w:tcW w:type="dxa" w:w="1134"/>
            <w:shd w:val="clear" w:color="auto" w:fill="c9a84c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100</w:t>
            </w:r>
          </w:p>
        </w:tc>
      </w:tr>
      <w:tr>
        <w:tc>
          <w:tcPr>
            <w:tcW w:type="dxa" w:w="567"/>
            <w:shd w:val="clear" w:color="auto" w:fill="a8b4c4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2</w:t>
            </w:r>
          </w:p>
        </w:tc>
        <w:tc>
          <w:tcPr>
            <w:tcW w:type="dxa" w:w="2835"/>
            <w:shd w:val="clear" w:color="auto" w:fill="a8b4c4"/>
          </w:tcPr>
          <w:p>
            <w:pPr>
              <w:jc w:val="left"/>
            </w:pPr>
            <w:r>
              <w:rPr>
                <w:b/>
                <w:i w:val="0"/>
                <w:color w:val="3A4658"/>
                <w:sz w:val="18"/>
              </w:rPr>
              <w:t>Felix WERNAHM</w:t>
            </w:r>
          </w:p>
        </w:tc>
        <w:tc>
          <w:tcPr>
            <w:tcW w:type="dxa" w:w="2551"/>
            <w:shd w:val="clear" w:color="auto" w:fill="a8b4c4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Swindon Harriers</w:t>
            </w:r>
          </w:p>
        </w:tc>
        <w:tc>
          <w:tcPr>
            <w:tcW w:type="dxa" w:w="850"/>
            <w:shd w:val="clear" w:color="auto" w:fill="a8b4c4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M</w:t>
            </w:r>
          </w:p>
        </w:tc>
        <w:tc>
          <w:tcPr>
            <w:tcW w:type="dxa" w:w="850"/>
            <w:shd w:val="clear" w:color="auto" w:fill="a8b4c4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Sen</w:t>
            </w:r>
          </w:p>
        </w:tc>
        <w:tc>
          <w:tcPr>
            <w:tcW w:type="dxa" w:w="1417"/>
            <w:shd w:val="clear" w:color="auto" w:fill="a8b4c4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00:16:04.600000</w:t>
            </w:r>
          </w:p>
        </w:tc>
        <w:tc>
          <w:tcPr>
            <w:tcW w:type="dxa" w:w="1134"/>
            <w:shd w:val="clear" w:color="auto" w:fill="a8b4c4"/>
          </w:tcPr>
          <w:p>
            <w:pPr>
              <w:jc w:val="center"/>
            </w:pPr>
            <w:r>
              <w:rPr>
                <w:b/>
                <w:i w:val="0"/>
                <w:color w:val="3A4658"/>
                <w:sz w:val="18"/>
              </w:rPr>
              <w:t>99</w:t>
            </w:r>
          </w:p>
        </w:tc>
      </w:tr>
      <w:tr>
        <w:tc>
          <w:tcPr>
            <w:tcW w:type="dxa" w:w="567"/>
            <w:shd w:val="clear" w:color="auto" w:fill="b87440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3</w:t>
            </w:r>
          </w:p>
        </w:tc>
        <w:tc>
          <w:tcPr>
            <w:tcW w:type="dxa" w:w="2835"/>
            <w:shd w:val="clear" w:color="auto" w:fill="b87440"/>
          </w:tcPr>
          <w:p>
            <w:pPr>
              <w:jc w:val="left"/>
            </w:pPr>
            <w:r>
              <w:rPr>
                <w:b/>
                <w:i w:val="0"/>
                <w:color w:val="FFFFFF"/>
                <w:sz w:val="18"/>
              </w:rPr>
              <w:t>Riley HEYES</w:t>
            </w:r>
          </w:p>
        </w:tc>
        <w:tc>
          <w:tcPr>
            <w:tcW w:type="dxa" w:w="2551"/>
            <w:shd w:val="clear" w:color="auto" w:fill="b87440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Devizes RC</w:t>
            </w:r>
          </w:p>
        </w:tc>
        <w:tc>
          <w:tcPr>
            <w:tcW w:type="dxa" w:w="850"/>
            <w:shd w:val="clear" w:color="auto" w:fill="b87440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M</w:t>
            </w:r>
          </w:p>
        </w:tc>
        <w:tc>
          <w:tcPr>
            <w:tcW w:type="dxa" w:w="850"/>
            <w:shd w:val="clear" w:color="auto" w:fill="b87440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Sen</w:t>
            </w:r>
          </w:p>
        </w:tc>
        <w:tc>
          <w:tcPr>
            <w:tcW w:type="dxa" w:w="1417"/>
            <w:shd w:val="clear" w:color="auto" w:fill="b87440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00:16:16.100000</w:t>
            </w:r>
          </w:p>
        </w:tc>
        <w:tc>
          <w:tcPr>
            <w:tcW w:type="dxa" w:w="1134"/>
            <w:shd w:val="clear" w:color="auto" w:fill="b87440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98</w:t>
            </w:r>
          </w:p>
        </w:tc>
      </w:tr>
      <w:tr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4</w:t>
            </w:r>
          </w:p>
        </w:tc>
        <w:tc>
          <w:tcPr>
            <w:tcW w:type="dxa" w:w="2835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Ben MEES</w:t>
            </w:r>
          </w:p>
        </w:tc>
        <w:tc>
          <w:tcPr>
            <w:tcW w:type="dxa" w:w="2551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Avon Valley Runners</w:t>
            </w:r>
          </w:p>
        </w:tc>
        <w:tc>
          <w:tcPr>
            <w:tcW w:type="dxa" w:w="85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M</w:t>
            </w:r>
          </w:p>
        </w:tc>
        <w:tc>
          <w:tcPr>
            <w:tcW w:type="dxa" w:w="85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V40</w:t>
            </w:r>
          </w:p>
        </w:tc>
        <w:tc>
          <w:tcPr>
            <w:tcW w:type="dxa" w:w="141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00:16:20.800000</w:t>
            </w:r>
          </w:p>
        </w:tc>
        <w:tc>
          <w:tcPr>
            <w:tcW w:type="dxa" w:w="113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97</w:t>
            </w:r>
          </w:p>
        </w:tc>
      </w:tr>
      <w:tr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5</w:t>
            </w:r>
          </w:p>
        </w:tc>
        <w:tc>
          <w:tcPr>
            <w:tcW w:type="dxa" w:w="2835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Joe BOWERBANK</w:t>
            </w:r>
          </w:p>
        </w:tc>
        <w:tc>
          <w:tcPr>
            <w:tcW w:type="dxa" w:w="2551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Devizes RC</w:t>
            </w:r>
          </w:p>
        </w:tc>
        <w:tc>
          <w:tcPr>
            <w:tcW w:type="dxa" w:w="85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M</w:t>
            </w:r>
          </w:p>
        </w:tc>
        <w:tc>
          <w:tcPr>
            <w:tcW w:type="dxa" w:w="85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V40</w:t>
            </w:r>
          </w:p>
        </w:tc>
        <w:tc>
          <w:tcPr>
            <w:tcW w:type="dxa" w:w="141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00:16:23.800000</w:t>
            </w:r>
          </w:p>
        </w:tc>
        <w:tc>
          <w:tcPr>
            <w:tcW w:type="dxa" w:w="113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96</w:t>
            </w:r>
          </w:p>
        </w:tc>
      </w:tr>
      <w:tr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6</w:t>
            </w:r>
          </w:p>
        </w:tc>
        <w:tc>
          <w:tcPr>
            <w:tcW w:type="dxa" w:w="2835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Dan GILES</w:t>
            </w:r>
          </w:p>
        </w:tc>
        <w:tc>
          <w:tcPr>
            <w:tcW w:type="dxa" w:w="2551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Swindon Harriers</w:t>
            </w:r>
          </w:p>
        </w:tc>
        <w:tc>
          <w:tcPr>
            <w:tcW w:type="dxa" w:w="85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M</w:t>
            </w:r>
          </w:p>
        </w:tc>
        <w:tc>
          <w:tcPr>
            <w:tcW w:type="dxa" w:w="85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Sen</w:t>
            </w:r>
          </w:p>
        </w:tc>
        <w:tc>
          <w:tcPr>
            <w:tcW w:type="dxa" w:w="141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00:16:47.300000</w:t>
            </w:r>
          </w:p>
        </w:tc>
        <w:tc>
          <w:tcPr>
            <w:tcW w:type="dxa" w:w="113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95</w:t>
            </w:r>
          </w:p>
        </w:tc>
      </w:tr>
      <w:tr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7</w:t>
            </w:r>
          </w:p>
        </w:tc>
        <w:tc>
          <w:tcPr>
            <w:tcW w:type="dxa" w:w="2835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Michael PASSMORE</w:t>
            </w:r>
          </w:p>
        </w:tc>
        <w:tc>
          <w:tcPr>
            <w:tcW w:type="dxa" w:w="2551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Swindon Harriers</w:t>
            </w:r>
          </w:p>
        </w:tc>
        <w:tc>
          <w:tcPr>
            <w:tcW w:type="dxa" w:w="85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M</w:t>
            </w:r>
          </w:p>
        </w:tc>
        <w:tc>
          <w:tcPr>
            <w:tcW w:type="dxa" w:w="85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V40</w:t>
            </w:r>
          </w:p>
        </w:tc>
        <w:tc>
          <w:tcPr>
            <w:tcW w:type="dxa" w:w="141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00:16:51.300000</w:t>
            </w:r>
          </w:p>
        </w:tc>
        <w:tc>
          <w:tcPr>
            <w:tcW w:type="dxa" w:w="113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94</w:t>
            </w:r>
          </w:p>
        </w:tc>
      </w:tr>
      <w:tr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8</w:t>
            </w:r>
          </w:p>
        </w:tc>
        <w:tc>
          <w:tcPr>
            <w:tcW w:type="dxa" w:w="2835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Philip DANIELS</w:t>
            </w:r>
          </w:p>
        </w:tc>
        <w:tc>
          <w:tcPr>
            <w:tcW w:type="dxa" w:w="2551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Calne RC</w:t>
            </w:r>
          </w:p>
        </w:tc>
        <w:tc>
          <w:tcPr>
            <w:tcW w:type="dxa" w:w="85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M</w:t>
            </w:r>
          </w:p>
        </w:tc>
        <w:tc>
          <w:tcPr>
            <w:tcW w:type="dxa" w:w="85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V40</w:t>
            </w:r>
          </w:p>
        </w:tc>
        <w:tc>
          <w:tcPr>
            <w:tcW w:type="dxa" w:w="141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00:16:57.200000</w:t>
            </w:r>
          </w:p>
        </w:tc>
        <w:tc>
          <w:tcPr>
            <w:tcW w:type="dxa" w:w="113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93</w:t>
            </w:r>
          </w:p>
        </w:tc>
      </w:tr>
      <w:tr>
        <w:tc>
          <w:tcPr>
            <w:tcW w:type="dxa" w:w="56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9</w:t>
            </w:r>
          </w:p>
        </w:tc>
        <w:tc>
          <w:tcPr>
            <w:tcW w:type="dxa" w:w="2835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James MCGOUGH</w:t>
            </w:r>
          </w:p>
        </w:tc>
        <w:tc>
          <w:tcPr>
            <w:tcW w:type="dxa" w:w="2551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Swindon Harriers</w:t>
            </w:r>
          </w:p>
        </w:tc>
        <w:tc>
          <w:tcPr>
            <w:tcW w:type="dxa" w:w="85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M</w:t>
            </w:r>
          </w:p>
        </w:tc>
        <w:tc>
          <w:tcPr>
            <w:tcW w:type="dxa" w:w="85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Sen</w:t>
            </w:r>
          </w:p>
        </w:tc>
        <w:tc>
          <w:tcPr>
            <w:tcW w:type="dxa" w:w="141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00:16:57.400000</w:t>
            </w:r>
          </w:p>
        </w:tc>
        <w:tc>
          <w:tcPr>
            <w:tcW w:type="dxa" w:w="113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92</w:t>
            </w:r>
          </w:p>
        </w:tc>
      </w:tr>
      <w:tr>
        <w:tc>
          <w:tcPr>
            <w:tcW w:type="dxa" w:w="56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10</w:t>
            </w:r>
          </w:p>
        </w:tc>
        <w:tc>
          <w:tcPr>
            <w:tcW w:type="dxa" w:w="2835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Tom HILL</w:t>
            </w:r>
          </w:p>
        </w:tc>
        <w:tc>
          <w:tcPr>
            <w:tcW w:type="dxa" w:w="2551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Royal Wootton Bassett Hounds</w:t>
            </w:r>
          </w:p>
        </w:tc>
        <w:tc>
          <w:tcPr>
            <w:tcW w:type="dxa" w:w="85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M</w:t>
            </w:r>
          </w:p>
        </w:tc>
        <w:tc>
          <w:tcPr>
            <w:tcW w:type="dxa" w:w="85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Sen</w:t>
            </w:r>
          </w:p>
        </w:tc>
        <w:tc>
          <w:tcPr>
            <w:tcW w:type="dxa" w:w="141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00:16:59.300000</w:t>
            </w:r>
          </w:p>
        </w:tc>
        <w:tc>
          <w:tcPr>
            <w:tcW w:type="dxa" w:w="113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91</w:t>
            </w:r>
          </w:p>
        </w:tc>
      </w:tr>
    </w:tbl>
    <w:p>
      <w:pPr>
        <w:spacing w:before="0" w:after="120"/>
      </w:pPr>
    </w:p>
    <w:p>
      <w:pPr>
        <w:spacing w:before="280" w:after="120"/>
        <w:ind w:left="120"/>
        <w:shd w:val="clear" w:color="auto" w:fill="2d7a4a"/>
      </w:pPr>
      <w:r>
        <w:rPr>
          <w:b/>
          <w:color w:val="FFFFFF"/>
          <w:sz w:val="20"/>
        </w:rPr>
        <w:t>CATEGORY LEADERS</w:t>
      </w:r>
    </w:p>
    <w:tbl>
      <w:tblPr>
        <w:tblStyle w:val="TableGrid"/>
        <w:tblW w:type="auto" w:w="0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928"/>
        <w:gridCol w:w="928"/>
        <w:gridCol w:w="928"/>
        <w:gridCol w:w="928"/>
        <w:gridCol w:w="928"/>
        <w:gridCol w:w="928"/>
        <w:gridCol w:w="928"/>
        <w:gridCol w:w="928"/>
        <w:gridCol w:w="928"/>
        <w:gridCol w:w="928"/>
        <w:gridCol w:w="928"/>
      </w:tblGrid>
      <w:tr>
        <w:tc>
          <w:tcPr>
            <w:tcW w:type="dxa" w:w="850"/>
            <w:shd w:val="clear" w:color="auto" w:fill="3a4658"/>
          </w:tcPr>
          <w:p/>
        </w:tc>
        <w:tc>
          <w:tcPr>
            <w:tcW w:type="dxa" w:w="935"/>
            <w:shd w:val="clear" w:color="auto" w:fill="2d7a4a"/>
          </w:tcPr>
          <w:p>
            <w:pPr>
              <w:spacing w:before="100" w:after="100"/>
              <w:jc w:val="center"/>
            </w:pPr>
            <w:r>
              <w:rPr>
                <w:b/>
                <w:color w:val="FFFFFF"/>
                <w:sz w:val="22"/>
              </w:rPr>
              <w:t>SEN</w:t>
            </w:r>
          </w:p>
        </w:tc>
        <w:tc>
          <w:tcPr>
            <w:tcW w:type="dxa" w:w="935"/>
            <w:shd w:val="clear" w:color="auto" w:fill="3a4658"/>
          </w:tcPr>
          <w:p>
            <w:pPr>
              <w:spacing w:before="100" w:after="100"/>
              <w:jc w:val="center"/>
            </w:pPr>
            <w:r>
              <w:rPr>
                <w:b/>
                <w:color w:val="FFFFFF"/>
                <w:sz w:val="22"/>
              </w:rPr>
              <w:t>V35</w:t>
            </w:r>
          </w:p>
        </w:tc>
        <w:tc>
          <w:tcPr>
            <w:tcW w:type="dxa" w:w="935"/>
            <w:shd w:val="clear" w:color="auto" w:fill="1a5fa8"/>
          </w:tcPr>
          <w:p>
            <w:pPr>
              <w:spacing w:before="100" w:after="100"/>
              <w:jc w:val="center"/>
            </w:pPr>
            <w:r>
              <w:rPr>
                <w:b/>
                <w:color w:val="FFFFFF"/>
                <w:sz w:val="22"/>
              </w:rPr>
              <w:t>V40</w:t>
            </w:r>
          </w:p>
        </w:tc>
        <w:tc>
          <w:tcPr>
            <w:tcW w:type="dxa" w:w="935"/>
            <w:shd w:val="clear" w:color="auto" w:fill="3a4658"/>
          </w:tcPr>
          <w:p>
            <w:pPr>
              <w:spacing w:before="100" w:after="100"/>
              <w:jc w:val="center"/>
            </w:pPr>
            <w:r>
              <w:rPr>
                <w:b/>
                <w:color w:val="FFFFFF"/>
                <w:sz w:val="22"/>
              </w:rPr>
              <w:t>V45</w:t>
            </w:r>
          </w:p>
        </w:tc>
        <w:tc>
          <w:tcPr>
            <w:tcW w:type="dxa" w:w="935"/>
            <w:shd w:val="clear" w:color="auto" w:fill="c05800"/>
          </w:tcPr>
          <w:p>
            <w:pPr>
              <w:spacing w:before="100" w:after="100"/>
              <w:jc w:val="center"/>
            </w:pPr>
            <w:r>
              <w:rPr>
                <w:b/>
                <w:color w:val="FFFFFF"/>
                <w:sz w:val="22"/>
              </w:rPr>
              <w:t>V50</w:t>
            </w:r>
          </w:p>
        </w:tc>
        <w:tc>
          <w:tcPr>
            <w:tcW w:type="dxa" w:w="935"/>
            <w:shd w:val="clear" w:color="auto" w:fill="3a4658"/>
          </w:tcPr>
          <w:p>
            <w:pPr>
              <w:spacing w:before="100" w:after="100"/>
              <w:jc w:val="center"/>
            </w:pPr>
            <w:r>
              <w:rPr>
                <w:b/>
                <w:color w:val="FFFFFF"/>
                <w:sz w:val="22"/>
              </w:rPr>
              <w:t>V55</w:t>
            </w:r>
          </w:p>
        </w:tc>
        <w:tc>
          <w:tcPr>
            <w:tcW w:type="dxa" w:w="935"/>
            <w:shd w:val="clear" w:color="auto" w:fill="5e3590"/>
          </w:tcPr>
          <w:p>
            <w:pPr>
              <w:spacing w:before="100" w:after="100"/>
              <w:jc w:val="center"/>
            </w:pPr>
            <w:r>
              <w:rPr>
                <w:b/>
                <w:color w:val="FFFFFF"/>
                <w:sz w:val="22"/>
              </w:rPr>
              <w:t>V60</w:t>
            </w:r>
          </w:p>
        </w:tc>
        <w:tc>
          <w:tcPr>
            <w:tcW w:type="dxa" w:w="935"/>
            <w:shd w:val="clear" w:color="auto" w:fill="3a4658"/>
          </w:tcPr>
          <w:p>
            <w:pPr>
              <w:spacing w:before="100" w:after="100"/>
              <w:jc w:val="center"/>
            </w:pPr>
            <w:r>
              <w:rPr>
                <w:b/>
                <w:color w:val="FFFFFF"/>
                <w:sz w:val="22"/>
              </w:rPr>
              <w:t>V65</w:t>
            </w:r>
          </w:p>
        </w:tc>
        <w:tc>
          <w:tcPr>
            <w:tcW w:type="dxa" w:w="935"/>
            <w:shd w:val="clear" w:color="auto" w:fill="3a4658"/>
          </w:tcPr>
          <w:p>
            <w:pPr>
              <w:spacing w:before="100" w:after="100"/>
              <w:jc w:val="center"/>
            </w:pPr>
            <w:r>
              <w:rPr>
                <w:b/>
                <w:color w:val="FFFFFF"/>
                <w:sz w:val="22"/>
              </w:rPr>
              <w:t>V70</w:t>
            </w:r>
          </w:p>
        </w:tc>
        <w:tc>
          <w:tcPr>
            <w:tcW w:type="dxa" w:w="935"/>
            <w:shd w:val="clear" w:color="auto" w:fill="a06820"/>
          </w:tcPr>
          <w:p>
            <w:pPr>
              <w:spacing w:before="100" w:after="100"/>
              <w:jc w:val="center"/>
            </w:pPr>
            <w:r>
              <w:rPr>
                <w:b/>
                <w:color w:val="FFFFFF"/>
                <w:sz w:val="22"/>
              </w:rPr>
              <w:t>V70+</w:t>
            </w:r>
          </w:p>
        </w:tc>
      </w:tr>
      <w:tr>
        <w:tc>
          <w:tcPr>
            <w:tcW w:type="dxa" w:w="850"/>
            <w:shd w:val="clear" w:color="auto" w:fill="3a4658"/>
          </w:tcPr>
          <w:p>
            <w:pPr>
              <w:spacing w:before="160" w:after="80"/>
              <w:jc w:val="center"/>
            </w:pPr>
            <w:r>
              <w:rPr>
                <w:b/>
                <w:color w:val="FFFFFF"/>
                <w:sz w:val="16"/>
              </w:rPr>
              <w:t>MALE</w:t>
            </w:r>
          </w:p>
        </w:tc>
        <w:tc>
          <w:tcPr>
            <w:tcW w:type="dxa" w:w="935"/>
            <w:shd w:val="clear" w:color="auto" w:fill="ffffff"/>
          </w:tcPr>
          <w:p>
            <w:pPr>
              <w:spacing w:before="120" w:after="20"/>
              <w:jc w:val="center"/>
            </w:pPr>
            <w:r>
              <w:rPr>
                <w:b/>
                <w:color w:val="3A4658"/>
                <w:sz w:val="20"/>
              </w:rPr>
              <w:t>Felix WERNAHM</w:t>
            </w:r>
          </w:p>
          <w:p>
            <w:pPr>
              <w:spacing w:before="0" w:after="120"/>
              <w:jc w:val="center"/>
            </w:pPr>
            <w:r>
              <w:rPr>
                <w:i/>
                <w:color w:val="708090"/>
                <w:sz w:val="16"/>
              </w:rPr>
              <w:t>Swindon Harriers</w:t>
            </w:r>
          </w:p>
        </w:tc>
        <w:tc>
          <w:tcPr>
            <w:tcW w:type="dxa" w:w="935"/>
            <w:shd w:val="clear" w:color="auto" w:fill="ffffff"/>
          </w:tcPr>
          <w:p>
            <w:pPr>
              <w:spacing w:before="120" w:after="20"/>
              <w:jc w:val="center"/>
            </w:pPr>
          </w:p>
          <w:p>
            <w:pPr>
              <w:spacing w:before="0" w:after="120"/>
              <w:jc w:val="center"/>
            </w:pPr>
          </w:p>
        </w:tc>
        <w:tc>
          <w:tcPr>
            <w:tcW w:type="dxa" w:w="935"/>
            <w:shd w:val="clear" w:color="auto" w:fill="ffffff"/>
          </w:tcPr>
          <w:p>
            <w:pPr>
              <w:spacing w:before="120" w:after="20"/>
              <w:jc w:val="center"/>
            </w:pPr>
            <w:r>
              <w:rPr>
                <w:b/>
                <w:color w:val="3A4658"/>
                <w:sz w:val="20"/>
              </w:rPr>
              <w:t>Ben COLE</w:t>
            </w:r>
          </w:p>
          <w:p>
            <w:pPr>
              <w:spacing w:before="0" w:after="120"/>
              <w:jc w:val="center"/>
            </w:pPr>
            <w:r>
              <w:rPr>
                <w:i/>
                <w:color w:val="708090"/>
                <w:sz w:val="16"/>
              </w:rPr>
              <w:t>Swindon Harriers</w:t>
            </w:r>
          </w:p>
        </w:tc>
        <w:tc>
          <w:tcPr>
            <w:tcW w:type="dxa" w:w="935"/>
            <w:shd w:val="clear" w:color="auto" w:fill="ffffff"/>
          </w:tcPr>
          <w:p>
            <w:pPr>
              <w:spacing w:before="120" w:after="20"/>
              <w:jc w:val="center"/>
            </w:pPr>
          </w:p>
          <w:p>
            <w:pPr>
              <w:spacing w:before="0" w:after="120"/>
              <w:jc w:val="center"/>
            </w:pPr>
          </w:p>
        </w:tc>
        <w:tc>
          <w:tcPr>
            <w:tcW w:type="dxa" w:w="935"/>
            <w:shd w:val="clear" w:color="auto" w:fill="ffffff"/>
          </w:tcPr>
          <w:p>
            <w:pPr>
              <w:spacing w:before="120" w:after="20"/>
              <w:jc w:val="center"/>
            </w:pPr>
            <w:r>
              <w:rPr>
                <w:b/>
                <w:color w:val="3A4658"/>
                <w:sz w:val="20"/>
              </w:rPr>
              <w:t>Jon HICKS</w:t>
            </w:r>
          </w:p>
          <w:p>
            <w:pPr>
              <w:spacing w:before="0" w:after="120"/>
              <w:jc w:val="center"/>
            </w:pPr>
            <w:r>
              <w:rPr>
                <w:i/>
                <w:color w:val="708090"/>
                <w:sz w:val="16"/>
              </w:rPr>
              <w:t>Chippenham Harriers</w:t>
            </w:r>
          </w:p>
        </w:tc>
        <w:tc>
          <w:tcPr>
            <w:tcW w:type="dxa" w:w="935"/>
            <w:shd w:val="clear" w:color="auto" w:fill="ffffff"/>
          </w:tcPr>
          <w:p>
            <w:pPr>
              <w:spacing w:before="120" w:after="20"/>
              <w:jc w:val="center"/>
            </w:pPr>
          </w:p>
          <w:p>
            <w:pPr>
              <w:spacing w:before="0" w:after="120"/>
              <w:jc w:val="center"/>
            </w:pPr>
          </w:p>
        </w:tc>
        <w:tc>
          <w:tcPr>
            <w:tcW w:type="dxa" w:w="935"/>
            <w:shd w:val="clear" w:color="auto" w:fill="ffffff"/>
          </w:tcPr>
          <w:p>
            <w:pPr>
              <w:spacing w:before="120" w:after="20"/>
              <w:jc w:val="center"/>
            </w:pPr>
            <w:r>
              <w:rPr>
                <w:b/>
                <w:color w:val="3A4658"/>
                <w:sz w:val="20"/>
              </w:rPr>
              <w:t>Paul REDDAWAY</w:t>
            </w:r>
          </w:p>
          <w:p>
            <w:pPr>
              <w:spacing w:before="0" w:after="120"/>
              <w:jc w:val="center"/>
            </w:pPr>
            <w:r>
              <w:rPr>
                <w:i/>
                <w:color w:val="708090"/>
                <w:sz w:val="16"/>
              </w:rPr>
              <w:t>Corsham RC</w:t>
            </w:r>
          </w:p>
        </w:tc>
        <w:tc>
          <w:tcPr>
            <w:tcW w:type="dxa" w:w="935"/>
            <w:shd w:val="clear" w:color="auto" w:fill="ffffff"/>
          </w:tcPr>
          <w:p>
            <w:pPr>
              <w:spacing w:before="120" w:after="20"/>
              <w:jc w:val="center"/>
            </w:pPr>
          </w:p>
          <w:p>
            <w:pPr>
              <w:spacing w:before="0" w:after="120"/>
              <w:jc w:val="center"/>
            </w:pPr>
          </w:p>
        </w:tc>
        <w:tc>
          <w:tcPr>
            <w:tcW w:type="dxa" w:w="935"/>
            <w:shd w:val="clear" w:color="auto" w:fill="ffffff"/>
          </w:tcPr>
          <w:p>
            <w:pPr>
              <w:spacing w:before="120" w:after="20"/>
              <w:jc w:val="center"/>
            </w:pPr>
          </w:p>
          <w:p>
            <w:pPr>
              <w:spacing w:before="0" w:after="120"/>
              <w:jc w:val="center"/>
            </w:pPr>
          </w:p>
        </w:tc>
        <w:tc>
          <w:tcPr>
            <w:tcW w:type="dxa" w:w="935"/>
            <w:shd w:val="clear" w:color="auto" w:fill="ffffff"/>
          </w:tcPr>
          <w:p>
            <w:pPr>
              <w:spacing w:before="120" w:after="20"/>
              <w:jc w:val="center"/>
            </w:pPr>
            <w:r>
              <w:rPr>
                <w:b/>
                <w:color w:val="3A4658"/>
                <w:sz w:val="20"/>
              </w:rPr>
              <w:t>Barrie KNIGHT</w:t>
            </w:r>
          </w:p>
          <w:p>
            <w:pPr>
              <w:spacing w:before="0" w:after="120"/>
              <w:jc w:val="center"/>
            </w:pPr>
            <w:r>
              <w:rPr>
                <w:i/>
                <w:color w:val="708090"/>
                <w:sz w:val="16"/>
              </w:rPr>
              <w:t>Frome RC</w:t>
            </w:r>
          </w:p>
        </w:tc>
      </w:tr>
      <w:tr>
        <w:tc>
          <w:tcPr>
            <w:tcW w:type="dxa" w:w="850"/>
            <w:shd w:val="clear" w:color="auto" w:fill="4a5e6e"/>
          </w:tcPr>
          <w:p>
            <w:pPr>
              <w:spacing w:before="160" w:after="80"/>
              <w:jc w:val="center"/>
            </w:pPr>
            <w:r>
              <w:rPr>
                <w:b/>
                <w:color w:val="FFFFFF"/>
                <w:sz w:val="16"/>
              </w:rPr>
              <w:t>FEMALE</w:t>
            </w:r>
          </w:p>
        </w:tc>
        <w:tc>
          <w:tcPr>
            <w:tcW w:type="dxa" w:w="935"/>
            <w:shd w:val="clear" w:color="auto" w:fill="eef2f7"/>
          </w:tcPr>
          <w:p>
            <w:pPr>
              <w:spacing w:before="120" w:after="20"/>
              <w:jc w:val="center"/>
            </w:pPr>
            <w:r>
              <w:rPr>
                <w:b/>
                <w:color w:val="3A4658"/>
                <w:sz w:val="20"/>
              </w:rPr>
              <w:t>Lucy MORRISON</w:t>
            </w:r>
          </w:p>
          <w:p>
            <w:pPr>
              <w:spacing w:before="0" w:after="120"/>
              <w:jc w:val="center"/>
            </w:pPr>
            <w:r>
              <w:rPr>
                <w:i/>
                <w:color w:val="708090"/>
                <w:sz w:val="16"/>
              </w:rPr>
              <w:t>Swindon Harriers</w:t>
            </w:r>
          </w:p>
        </w:tc>
        <w:tc>
          <w:tcPr>
            <w:tcW w:type="dxa" w:w="935"/>
            <w:shd w:val="clear" w:color="auto" w:fill="eef2f7"/>
          </w:tcPr>
          <w:p>
            <w:pPr>
              <w:spacing w:before="120" w:after="20"/>
              <w:jc w:val="center"/>
            </w:pPr>
          </w:p>
          <w:p>
            <w:pPr>
              <w:spacing w:before="0" w:after="120"/>
              <w:jc w:val="center"/>
            </w:pPr>
          </w:p>
        </w:tc>
        <w:tc>
          <w:tcPr>
            <w:tcW w:type="dxa" w:w="935"/>
            <w:shd w:val="clear" w:color="auto" w:fill="eef2f7"/>
          </w:tcPr>
          <w:p>
            <w:pPr>
              <w:spacing w:before="120" w:after="20"/>
              <w:jc w:val="center"/>
            </w:pPr>
            <w:r>
              <w:rPr>
                <w:b/>
                <w:color w:val="3A4658"/>
                <w:sz w:val="20"/>
              </w:rPr>
              <w:t>Ann Marie BRAZIER</w:t>
            </w:r>
          </w:p>
          <w:p>
            <w:pPr>
              <w:spacing w:before="0" w:after="120"/>
              <w:jc w:val="center"/>
            </w:pPr>
            <w:r>
              <w:rPr>
                <w:i/>
                <w:color w:val="708090"/>
                <w:sz w:val="16"/>
              </w:rPr>
              <w:t>Chippenham Harriers</w:t>
            </w:r>
          </w:p>
        </w:tc>
        <w:tc>
          <w:tcPr>
            <w:tcW w:type="dxa" w:w="935"/>
            <w:shd w:val="clear" w:color="auto" w:fill="eef2f7"/>
          </w:tcPr>
          <w:p>
            <w:pPr>
              <w:spacing w:before="120" w:after="20"/>
              <w:jc w:val="center"/>
            </w:pPr>
          </w:p>
          <w:p>
            <w:pPr>
              <w:spacing w:before="0" w:after="120"/>
              <w:jc w:val="center"/>
            </w:pPr>
          </w:p>
        </w:tc>
        <w:tc>
          <w:tcPr>
            <w:tcW w:type="dxa" w:w="935"/>
            <w:shd w:val="clear" w:color="auto" w:fill="eef2f7"/>
          </w:tcPr>
          <w:p>
            <w:pPr>
              <w:spacing w:before="120" w:after="20"/>
              <w:jc w:val="center"/>
            </w:pPr>
            <w:r>
              <w:rPr>
                <w:b/>
                <w:color w:val="3A4658"/>
                <w:sz w:val="20"/>
              </w:rPr>
              <w:t>Clare KELLAR</w:t>
            </w:r>
          </w:p>
          <w:p>
            <w:pPr>
              <w:spacing w:before="0" w:after="120"/>
              <w:jc w:val="center"/>
            </w:pPr>
            <w:r>
              <w:rPr>
                <w:i/>
                <w:color w:val="708090"/>
                <w:sz w:val="16"/>
              </w:rPr>
              <w:t>Marlborough Running Club</w:t>
            </w:r>
          </w:p>
        </w:tc>
        <w:tc>
          <w:tcPr>
            <w:tcW w:type="dxa" w:w="935"/>
            <w:shd w:val="clear" w:color="auto" w:fill="eef2f7"/>
          </w:tcPr>
          <w:p>
            <w:pPr>
              <w:spacing w:before="120" w:after="20"/>
              <w:jc w:val="center"/>
            </w:pPr>
          </w:p>
          <w:p>
            <w:pPr>
              <w:spacing w:before="0" w:after="120"/>
              <w:jc w:val="center"/>
            </w:pPr>
          </w:p>
        </w:tc>
        <w:tc>
          <w:tcPr>
            <w:tcW w:type="dxa" w:w="935"/>
            <w:shd w:val="clear" w:color="auto" w:fill="eef2f7"/>
          </w:tcPr>
          <w:p>
            <w:pPr>
              <w:spacing w:before="120" w:after="20"/>
              <w:jc w:val="center"/>
            </w:pPr>
            <w:r>
              <w:rPr>
                <w:b/>
                <w:color w:val="3A4658"/>
                <w:sz w:val="20"/>
              </w:rPr>
              <w:t>Diane HIER</w:t>
            </w:r>
          </w:p>
          <w:p>
            <w:pPr>
              <w:spacing w:before="0" w:after="120"/>
              <w:jc w:val="center"/>
            </w:pPr>
            <w:r>
              <w:rPr>
                <w:i/>
                <w:color w:val="708090"/>
                <w:sz w:val="16"/>
              </w:rPr>
              <w:t>Avon Valley Runners</w:t>
            </w:r>
          </w:p>
        </w:tc>
        <w:tc>
          <w:tcPr>
            <w:tcW w:type="dxa" w:w="935"/>
            <w:shd w:val="clear" w:color="auto" w:fill="eef2f7"/>
          </w:tcPr>
          <w:p>
            <w:pPr>
              <w:spacing w:before="120" w:after="20"/>
              <w:jc w:val="center"/>
            </w:pPr>
          </w:p>
          <w:p>
            <w:pPr>
              <w:spacing w:before="0" w:after="120"/>
              <w:jc w:val="center"/>
            </w:pPr>
          </w:p>
        </w:tc>
        <w:tc>
          <w:tcPr>
            <w:tcW w:type="dxa" w:w="935"/>
            <w:shd w:val="clear" w:color="auto" w:fill="eef2f7"/>
          </w:tcPr>
          <w:p>
            <w:pPr>
              <w:spacing w:before="120" w:after="20"/>
              <w:jc w:val="center"/>
            </w:pPr>
          </w:p>
          <w:p>
            <w:pPr>
              <w:spacing w:before="0" w:after="120"/>
              <w:jc w:val="center"/>
            </w:pPr>
          </w:p>
        </w:tc>
        <w:tc>
          <w:tcPr>
            <w:tcW w:type="dxa" w:w="935"/>
            <w:shd w:val="clear" w:color="auto" w:fill="eef2f7"/>
          </w:tcPr>
          <w:p>
            <w:pPr>
              <w:spacing w:before="120" w:after="20"/>
              <w:jc w:val="center"/>
            </w:pPr>
            <w:r>
              <w:rPr>
                <w:b/>
                <w:color w:val="3A4658"/>
                <w:sz w:val="20"/>
              </w:rPr>
              <w:t>Daf MARION</w:t>
            </w:r>
          </w:p>
          <w:p>
            <w:pPr>
              <w:spacing w:before="0" w:after="120"/>
              <w:jc w:val="center"/>
            </w:pPr>
            <w:r>
              <w:rPr>
                <w:i/>
                <w:color w:val="708090"/>
                <w:sz w:val="16"/>
              </w:rPr>
              <w:t>Royal Wootton Bassett Hounds</w:t>
            </w:r>
          </w:p>
        </w:tc>
      </w:tr>
    </w:tbl>
    <w:p>
      <w:pPr>
        <w:spacing w:before="0" w:after="0"/>
      </w:pPr>
      <w:r>
        <w:br w:type="page"/>
      </w:r>
    </w:p>
    <w:p>
      <w:pPr>
        <w:spacing w:before="280" w:after="120"/>
        <w:ind w:left="120"/>
        <w:shd w:val="clear" w:color="auto" w:fill="2d7a4a"/>
      </w:pPr>
      <w:r>
        <w:rPr>
          <w:b/>
          <w:color w:val="FFFFFF"/>
          <w:sz w:val="20"/>
        </w:rPr>
        <w:t>CLUB RESULTS</w:t>
      </w:r>
    </w:p>
    <w:tbl>
      <w:tblPr>
        <w:tblStyle w:val="TableGrid"/>
        <w:tblW w:type="auto" w:w="0"/>
        <w:tblLook w:firstColumn="1" w:firstRow="1" w:lastColumn="0" w:lastRow="0" w:noHBand="0" w:noVBand="1" w:val="04A0"/>
        <w:tblBorders>
          <w:left w:val="none" w:sz="0" w:space="0" w:color="auto"/>
          <w:right w:val="none" w:sz="0" w:space="0" w:color="auto"/>
          <w:insideV w:val="none" w:sz="0" w:space="0" w:color="auto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  <w:gridCol w:w="785"/>
      </w:tblGrid>
      <w:tr>
        <w:tc>
          <w:tcPr>
            <w:tcW w:type="dxa" w:w="4710"/>
            <w:gridSpan w:val="6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20"/>
              </w:rPr>
              <w:t>Division 1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4710"/>
            <w:gridSpan w:val="6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20"/>
              </w:rPr>
              <w:t>Division 2</w:t>
            </w:r>
          </w:p>
        </w:tc>
      </w:tr>
      <w:tr>
        <w:tc>
          <w:tcPr>
            <w:tcW w:type="dxa" w:w="39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Pos</w:t>
            </w:r>
          </w:p>
        </w:tc>
        <w:tc>
          <w:tcPr>
            <w:tcW w:type="dxa" w:w="1871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Club</w:t>
            </w:r>
          </w:p>
        </w:tc>
        <w:tc>
          <w:tcPr>
            <w:tcW w:type="dxa" w:w="680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Men</w:t>
            </w:r>
          </w:p>
        </w:tc>
        <w:tc>
          <w:tcPr>
            <w:tcW w:type="dxa" w:w="680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Women</w:t>
            </w:r>
          </w:p>
        </w:tc>
        <w:tc>
          <w:tcPr>
            <w:tcW w:type="dxa" w:w="73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Score</w:t>
            </w:r>
          </w:p>
        </w:tc>
        <w:tc>
          <w:tcPr>
            <w:tcW w:type="dxa" w:w="624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Pts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Pos</w:t>
            </w:r>
          </w:p>
        </w:tc>
        <w:tc>
          <w:tcPr>
            <w:tcW w:type="dxa" w:w="1871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Club</w:t>
            </w:r>
          </w:p>
        </w:tc>
        <w:tc>
          <w:tcPr>
            <w:tcW w:type="dxa" w:w="680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Men</w:t>
            </w:r>
          </w:p>
        </w:tc>
        <w:tc>
          <w:tcPr>
            <w:tcW w:type="dxa" w:w="680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Women</w:t>
            </w:r>
          </w:p>
        </w:tc>
        <w:tc>
          <w:tcPr>
            <w:tcW w:type="dxa" w:w="737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Score</w:t>
            </w:r>
          </w:p>
        </w:tc>
        <w:tc>
          <w:tcPr>
            <w:tcW w:type="dxa" w:w="624"/>
            <w:shd w:val="clear" w:color="auto" w:fill="3a4658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6"/>
              </w:rPr>
              <w:t>Pts</w:t>
            </w:r>
          </w:p>
        </w:tc>
      </w:tr>
      <w:tr>
        <w:tc>
          <w:tcPr>
            <w:tcW w:type="dxa" w:w="397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1</w:t>
            </w:r>
          </w:p>
        </w:tc>
        <w:tc>
          <w:tcPr>
            <w:tcW w:type="dxa" w:w="1871"/>
            <w:shd w:val="clear" w:color="auto" w:fill="2d7a4a"/>
          </w:tcPr>
          <w:p>
            <w:pPr>
              <w:jc w:val="left"/>
            </w:pPr>
            <w:r>
              <w:rPr>
                <w:b/>
                <w:i w:val="0"/>
                <w:color w:val="FFFFFF"/>
                <w:sz w:val="18"/>
              </w:rPr>
              <w:t>Avon Valley Runners (A)</w:t>
            </w:r>
          </w:p>
        </w:tc>
        <w:tc>
          <w:tcPr>
            <w:tcW w:type="dxa" w:w="680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426</w:t>
            </w:r>
          </w:p>
        </w:tc>
        <w:tc>
          <w:tcPr>
            <w:tcW w:type="dxa" w:w="680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417</w:t>
            </w:r>
          </w:p>
        </w:tc>
        <w:tc>
          <w:tcPr>
            <w:tcW w:type="dxa" w:w="737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843</w:t>
            </w:r>
          </w:p>
        </w:tc>
        <w:tc>
          <w:tcPr>
            <w:tcW w:type="dxa" w:w="624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20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1</w:t>
            </w:r>
          </w:p>
        </w:tc>
        <w:tc>
          <w:tcPr>
            <w:tcW w:type="dxa" w:w="1871"/>
            <w:shd w:val="clear" w:color="auto" w:fill="2d7a4a"/>
          </w:tcPr>
          <w:p>
            <w:pPr>
              <w:jc w:val="left"/>
            </w:pPr>
            <w:r>
              <w:rPr>
                <w:b/>
                <w:i w:val="0"/>
                <w:color w:val="FFFFFF"/>
                <w:sz w:val="18"/>
              </w:rPr>
              <w:t>Chippenham Harriers (B)</w:t>
            </w:r>
          </w:p>
        </w:tc>
        <w:tc>
          <w:tcPr>
            <w:tcW w:type="dxa" w:w="680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240</w:t>
            </w:r>
          </w:p>
        </w:tc>
        <w:tc>
          <w:tcPr>
            <w:tcW w:type="dxa" w:w="680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376</w:t>
            </w:r>
          </w:p>
        </w:tc>
        <w:tc>
          <w:tcPr>
            <w:tcW w:type="dxa" w:w="737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616</w:t>
            </w:r>
          </w:p>
        </w:tc>
        <w:tc>
          <w:tcPr>
            <w:tcW w:type="dxa" w:w="624"/>
            <w:shd w:val="clear" w:color="auto" w:fill="2d7a4a"/>
          </w:tcPr>
          <w:p>
            <w:pPr>
              <w:jc w:val="center"/>
            </w:pPr>
            <w:r>
              <w:rPr>
                <w:b/>
                <w:i w:val="0"/>
                <w:color w:val="FFFFFF"/>
                <w:sz w:val="18"/>
              </w:rPr>
              <w:t>20</w:t>
            </w:r>
          </w:p>
        </w:tc>
      </w:tr>
      <w:tr>
        <w:tc>
          <w:tcPr>
            <w:tcW w:type="dxa" w:w="39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2</w:t>
            </w:r>
          </w:p>
        </w:tc>
        <w:tc>
          <w:tcPr>
            <w:tcW w:type="dxa" w:w="1871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Chippenham Harriers (A)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362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474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836</w:t>
            </w:r>
          </w:p>
        </w:tc>
        <w:tc>
          <w:tcPr>
            <w:tcW w:type="dxa" w:w="62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19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2</w:t>
            </w:r>
          </w:p>
        </w:tc>
        <w:tc>
          <w:tcPr>
            <w:tcW w:type="dxa" w:w="1871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Devizes RC (A)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328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96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424</w:t>
            </w:r>
          </w:p>
        </w:tc>
        <w:tc>
          <w:tcPr>
            <w:tcW w:type="dxa" w:w="62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39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3</w:t>
            </w:r>
          </w:p>
        </w:tc>
        <w:tc>
          <w:tcPr>
            <w:tcW w:type="dxa" w:w="1871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Frome RC (A)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352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436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788</w:t>
            </w:r>
          </w:p>
        </w:tc>
        <w:tc>
          <w:tcPr>
            <w:tcW w:type="dxa" w:w="62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18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3</w:t>
            </w:r>
          </w:p>
        </w:tc>
        <w:tc>
          <w:tcPr>
            <w:tcW w:type="dxa" w:w="1871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Swindon Striders (A)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128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207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335</w:t>
            </w:r>
          </w:p>
        </w:tc>
        <w:tc>
          <w:tcPr>
            <w:tcW w:type="dxa" w:w="62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39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4</w:t>
            </w:r>
          </w:p>
        </w:tc>
        <w:tc>
          <w:tcPr>
            <w:tcW w:type="dxa" w:w="1871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Royal Wootton Bassett Hounds (A)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406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377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783</w:t>
            </w:r>
          </w:p>
        </w:tc>
        <w:tc>
          <w:tcPr>
            <w:tcW w:type="dxa" w:w="62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17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4</w:t>
            </w:r>
          </w:p>
        </w:tc>
        <w:tc>
          <w:tcPr>
            <w:tcW w:type="dxa" w:w="1871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St Marys Sports Centre (A)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123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150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273</w:t>
            </w:r>
          </w:p>
        </w:tc>
        <w:tc>
          <w:tcPr>
            <w:tcW w:type="dxa" w:w="62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39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5</w:t>
            </w:r>
          </w:p>
        </w:tc>
        <w:tc>
          <w:tcPr>
            <w:tcW w:type="dxa" w:w="1871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Swindon Harriers (A)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480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100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580</w:t>
            </w:r>
          </w:p>
        </w:tc>
        <w:tc>
          <w:tcPr>
            <w:tcW w:type="dxa" w:w="62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16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5</w:t>
            </w:r>
          </w:p>
        </w:tc>
        <w:tc>
          <w:tcPr>
            <w:tcW w:type="dxa" w:w="1871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Swindon Harriers (B)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262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262</w:t>
            </w:r>
          </w:p>
        </w:tc>
        <w:tc>
          <w:tcPr>
            <w:tcW w:type="dxa" w:w="62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39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6</w:t>
            </w:r>
          </w:p>
        </w:tc>
        <w:tc>
          <w:tcPr>
            <w:tcW w:type="dxa" w:w="1871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Avon Valley Runners (B)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241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333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574</w:t>
            </w:r>
          </w:p>
        </w:tc>
        <w:tc>
          <w:tcPr>
            <w:tcW w:type="dxa" w:w="62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15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6</w:t>
            </w:r>
          </w:p>
        </w:tc>
        <w:tc>
          <w:tcPr>
            <w:tcW w:type="dxa" w:w="1871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Marlborough Athletics (A)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209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51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260</w:t>
            </w:r>
          </w:p>
        </w:tc>
        <w:tc>
          <w:tcPr>
            <w:tcW w:type="dxa" w:w="62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39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7</w:t>
            </w:r>
          </w:p>
        </w:tc>
        <w:tc>
          <w:tcPr>
            <w:tcW w:type="dxa" w:w="1871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Royal Wootton Bassett Hounds (B)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261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277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538</w:t>
            </w:r>
          </w:p>
        </w:tc>
        <w:tc>
          <w:tcPr>
            <w:tcW w:type="dxa" w:w="62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14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7</w:t>
            </w:r>
          </w:p>
        </w:tc>
        <w:tc>
          <w:tcPr>
            <w:tcW w:type="dxa" w:w="1871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Calne SMaRTT (A)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83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124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207</w:t>
            </w:r>
          </w:p>
        </w:tc>
        <w:tc>
          <w:tcPr>
            <w:tcW w:type="dxa" w:w="62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39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8</w:t>
            </w:r>
          </w:p>
        </w:tc>
        <w:tc>
          <w:tcPr>
            <w:tcW w:type="dxa" w:w="1871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Calne RC (A)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223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82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305</w:t>
            </w:r>
          </w:p>
        </w:tc>
        <w:tc>
          <w:tcPr>
            <w:tcW w:type="dxa" w:w="62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13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8</w:t>
            </w:r>
          </w:p>
        </w:tc>
        <w:tc>
          <w:tcPr>
            <w:tcW w:type="dxa" w:w="1871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Marlborough Running Club (A)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95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92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187</w:t>
            </w:r>
          </w:p>
        </w:tc>
        <w:tc>
          <w:tcPr>
            <w:tcW w:type="dxa" w:w="62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39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9</w:t>
            </w:r>
          </w:p>
        </w:tc>
        <w:tc>
          <w:tcPr>
            <w:tcW w:type="dxa" w:w="1871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Somer AC (A)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214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75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289</w:t>
            </w:r>
          </w:p>
        </w:tc>
        <w:tc>
          <w:tcPr>
            <w:tcW w:type="dxa" w:w="62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12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9</w:t>
            </w:r>
          </w:p>
        </w:tc>
        <w:tc>
          <w:tcPr>
            <w:tcW w:type="dxa" w:w="1871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Frome RC (B)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58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74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132</w:t>
            </w:r>
          </w:p>
        </w:tc>
        <w:tc>
          <w:tcPr>
            <w:tcW w:type="dxa" w:w="62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39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10</w:t>
            </w:r>
          </w:p>
        </w:tc>
        <w:tc>
          <w:tcPr>
            <w:tcW w:type="dxa" w:w="1871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Corsham RC (A)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140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140</w:t>
            </w:r>
          </w:p>
        </w:tc>
        <w:tc>
          <w:tcPr>
            <w:tcW w:type="dxa" w:w="62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11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10</w:t>
            </w:r>
          </w:p>
        </w:tc>
        <w:tc>
          <w:tcPr>
            <w:tcW w:type="dxa" w:w="1871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Slinn Allstars (A)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90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90</w:t>
            </w:r>
          </w:p>
        </w:tc>
        <w:tc>
          <w:tcPr>
            <w:tcW w:type="dxa" w:w="62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39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11</w:t>
            </w:r>
          </w:p>
        </w:tc>
        <w:tc>
          <w:tcPr>
            <w:tcW w:type="dxa" w:w="1871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Stonehenge Striders (A)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11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11</w:t>
            </w:r>
          </w:p>
        </w:tc>
        <w:tc>
          <w:tcPr>
            <w:tcW w:type="dxa" w:w="62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10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11</w:t>
            </w:r>
          </w:p>
        </w:tc>
        <w:tc>
          <w:tcPr>
            <w:tcW w:type="dxa" w:w="1871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Highworth RC (A)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68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68</w:t>
            </w:r>
          </w:p>
        </w:tc>
        <w:tc>
          <w:tcPr>
            <w:tcW w:type="dxa" w:w="62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39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12</w:t>
            </w:r>
          </w:p>
        </w:tc>
        <w:tc>
          <w:tcPr>
            <w:tcW w:type="dxa" w:w="1871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Team Bath AC (A)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62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eef2f7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12</w:t>
            </w:r>
          </w:p>
        </w:tc>
        <w:tc>
          <w:tcPr>
            <w:tcW w:type="dxa" w:w="1871"/>
            <w:shd w:val="clear" w:color="auto" w:fill="eef2f7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Somer AC (B)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37</w:t>
            </w:r>
          </w:p>
        </w:tc>
        <w:tc>
          <w:tcPr>
            <w:tcW w:type="dxa" w:w="680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737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37</w:t>
            </w:r>
          </w:p>
        </w:tc>
        <w:tc>
          <w:tcPr>
            <w:tcW w:type="dxa" w:w="624"/>
            <w:shd w:val="clear" w:color="auto" w:fill="eef2f7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39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</w:r>
          </w:p>
        </w:tc>
        <w:tc>
          <w:tcPr>
            <w:tcW w:type="dxa" w:w="1871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62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</w:r>
          </w:p>
        </w:tc>
        <w:tc>
          <w:tcPr>
            <w:tcW w:type="dxa" w:w="227"/>
            <w:shd w:val="clear" w:color="auto" w:fill="ffffff"/>
          </w:tcPr>
          <w:p/>
        </w:tc>
        <w:tc>
          <w:tcPr>
            <w:tcW w:type="dxa" w:w="397"/>
            <w:shd w:val="clear" w:color="auto" w:fill="ffffff"/>
          </w:tcPr>
          <w:p>
            <w:pPr>
              <w:jc w:val="center"/>
            </w:pPr>
            <w:r>
              <w:rPr>
                <w:b/>
                <w:i w:val="0"/>
                <w:sz w:val="18"/>
              </w:rPr>
              <w:t>13</w:t>
            </w:r>
          </w:p>
        </w:tc>
        <w:tc>
          <w:tcPr>
            <w:tcW w:type="dxa" w:w="1871"/>
            <w:shd w:val="clear" w:color="auto" w:fill="ffffff"/>
          </w:tcPr>
          <w:p>
            <w:pPr>
              <w:jc w:val="left"/>
            </w:pPr>
            <w:r>
              <w:rPr>
                <w:b w:val="0"/>
                <w:i w:val="0"/>
                <w:sz w:val="18"/>
              </w:rPr>
              <w:t>Pewsey Vale RC (A)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5</w:t>
            </w:r>
          </w:p>
        </w:tc>
        <w:tc>
          <w:tcPr>
            <w:tcW w:type="dxa" w:w="680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0</w:t>
            </w:r>
          </w:p>
        </w:tc>
        <w:tc>
          <w:tcPr>
            <w:tcW w:type="dxa" w:w="737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5</w:t>
            </w:r>
          </w:p>
        </w:tc>
        <w:tc>
          <w:tcPr>
            <w:tcW w:type="dxa" w:w="624"/>
            <w:shd w:val="clear" w:color="auto" w:fill="ffffff"/>
          </w:tcPr>
          <w:p>
            <w:pPr>
              <w:jc w:val="center"/>
            </w:pPr>
            <w:r>
              <w:rPr>
                <w:b w:val="0"/>
                <w:i w:val="0"/>
                <w:sz w:val="18"/>
              </w:rPr>
              <w:t>8</w:t>
            </w:r>
          </w:p>
        </w:tc>
      </w:tr>
    </w:tbl>
    <w:p>
      <w:pPr>
        <w:spacing w:before="0" w:after="120"/>
      </w:pPr>
    </w:p>
    <w:sectPr w:rsidR="00FC693F" w:rsidRPr="0006063C" w:rsidSect="00034616">
      <w:footerReference w:type="default" r:id="rId10"/>
      <w:pgSz w:w="11906" w:h="16838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tblLook w:firstColumn="1" w:firstRow="1" w:lastColumn="0" w:lastRow="0" w:noHBand="0" w:noVBand="1" w:val="04A0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blGrid>
      <w:gridCol w:w="3402"/>
      <w:gridCol w:w="3402"/>
      <w:gridCol w:w="3402"/>
    </w:tblGrid>
    <w:tr>
      <w:tc>
        <w:tcPr>
          <w:tcW w:type="dxa" w:w="3402"/>
        </w:tcPr>
        <w:p>
          <w:pPr>
            <w:jc w:val="left"/>
          </w:pPr>
          <w:r>
            <w:rPr>
              <w:color w:val="808090"/>
              <w:sz w:val="16"/>
            </w:rPr>
            <w:t>© 2026 Wiltshire Athletics Assoc.</w:t>
          </w:r>
        </w:p>
      </w:tc>
      <w:tc>
        <w:tcPr>
          <w:tcW w:type="dxa" w:w="3969"/>
        </w:tcPr>
        <w:p>
          <w:pPr>
            <w:jc w:val="center"/>
          </w:pPr>
          <w:r>
            <w:rPr>
              <w:color w:val="808090"/>
              <w:sz w:val="16"/>
            </w:rPr>
            <w:t>WRRL League AI v8.3.0</w:t>
          </w:r>
        </w:p>
      </w:tc>
      <w:tc>
        <w:tcPr>
          <w:tcW w:type="dxa" w:w="2835"/>
        </w:tcPr>
        <w:p/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Calibri" w:hAnsi="Calibri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Calibri" w:hAnsi="Calibri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Calibri" w:hAnsi="Calibr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Calibri" w:hAnsi="Calibr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Calibri" w:hAnsi="Calibr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Calibri" w:hAnsi="Calibr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Calibri" w:hAnsi="Calibr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Calibri" w:hAnsi="Calibr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Calibri" w:hAnsi="Calibri"/>
    </w:rPr>
  </w:style>
  <w:style w:type="table" w:default="1" w:styleId="TableNormal">
    <w:name w:val="Normal Table"/>
    <w:uiPriority w:val="99"/>
    <w:semiHidden/>
    <w:unhideWhenUsed/>
    <w:rPr>
      <w:rFonts w:ascii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Calibri" w:hAnsi="Calibri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Calibri" w:hAnsi="Calibr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Calibri" w:hAnsi="Calibr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Calibri" w:hAnsi="Calibr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Calibri" w:hAnsi="Calibr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Calibri" w:hAnsi="Calibr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Calibri" w:hAnsi="Calibr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Calibri" w:hAnsi="Calibr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Calibri" w:hAnsi="Calibri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Calibri" w:hAnsi="Calibri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Calibri" w:hAnsi="Calibri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Calibri" w:hAnsi="Calibri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Calibri" w:hAnsi="Calibri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Calibri" w:hAnsi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Calibri" w:hAnsi="Calibri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Calibri" w:hAnsi="Calibri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Calibri" w:hAnsi="Calibri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Calibri" w:hAnsi="Calibri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Calibri" w:hAnsi="Calibri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Calibri" w:hAnsi="Calibri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Calibri" w:hAnsi="Calibri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Calibri" w:hAnsi="Calibri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Calibri" w:hAnsi="Calibri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Calibri" w:hAnsi="Calibri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Calibri" w:hAnsi="Calibri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Calibri" w:hAnsi="Calibri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Calibri" w:hAnsi="Calibri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alibri" w:hAnsi="Calibri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alibri" w:hAnsi="Calibri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Calibri" w:hAnsi="Calibri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Calibri" w:hAnsi="Calibri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Calibri" w:hAnsi="Calibr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Calibri" w:hAnsi="Calibr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Calibri" w:hAnsi="Calibr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Calibri" w:hAnsi="Calibr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Calibri" w:hAnsi="Calibr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Calibri" w:hAnsi="Calibr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Calibri" w:hAnsi="Calibri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Calibri" w:hAnsi="Calibri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Calibri" w:hAnsi="Calibr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Calibri" w:hAnsi="Calibri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Calibri" w:hAnsi="Calibri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Calibri" w:hAnsi="Calibri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Calibri" w:hAnsi="Calibri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Calibri" w:hAnsi="Calibri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Calibri" w:hAnsi="Calibri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Calibri" w:hAnsi="Calibri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Calibri" w:hAnsi="Calibri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Calibri" w:hAnsi="Calibri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Calibri" w:hAnsi="Calibri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Calibri" w:hAnsi="Calibri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Calibri" w:hAnsi="Calibri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Calibri" w:hAnsi="Calibri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Calibri" w:hAnsi="Calibri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Calibri" w:hAnsi="Calibri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Calibri" w:hAnsi="Calibri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Calibri" w:hAnsi="Calibri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Calibri" w:hAnsi="Calibri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Calibri" w:hAnsi="Calibri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Calibri" w:hAnsi="Calibri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Calibri" w:hAnsi="Calibri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Calibri" w:hAnsi="Calibri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Calibri" w:hAnsi="Calibri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