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1701"/>
            <w:shd w:val="clear" w:color="auto" w:fill="3a4658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007999" cy="100799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RRL shield concep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10079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504"/>
            <w:shd w:val="clear" w:color="auto" w:fill="3a4658"/>
          </w:tcPr>
          <w:p>
            <w:pPr>
              <w:spacing w:before="160"/>
              <w:ind w:left="227"/>
              <w:jc w:val="left"/>
            </w:pPr>
            <w:r>
              <w:rPr>
                <w:b/>
                <w:color w:val="FFFFFF"/>
                <w:sz w:val="44"/>
              </w:rPr>
              <w:t>WRRL League AI Report  |  Season 2026</w:t>
            </w:r>
          </w:p>
          <w:p>
            <w:pPr>
              <w:ind w:left="227"/>
            </w:pPr>
            <w:r>
              <w:rPr>
                <w:color w:val="A0B0C0"/>
                <w:sz w:val="20"/>
              </w:rPr>
              <w:t>WRRL League AI  —  Update Race 5</w:t>
            </w:r>
          </w:p>
        </w:tc>
      </w:tr>
    </w:tbl>
    <w:p>
      <w:pPr>
        <w:spacing w:before="0" w:after="120"/>
        <w:shd w:val="clear" w:color="auto" w:fill="2d7a4a"/>
      </w:pPr>
    </w:p>
    <w:p>
      <w:pPr>
        <w:spacing w:before="160" w:after="40"/>
      </w:pPr>
      <w:r>
        <w:rPr>
          <w:b/>
          <w:color w:val="3A4658"/>
          <w:sz w:val="20"/>
        </w:rPr>
        <w:t>League Summary</w:t>
      </w:r>
    </w:p>
    <w:p>
      <w:pPr>
        <w:spacing w:before="0" w:after="160"/>
        <w:jc w:val="both"/>
      </w:pPr>
      <w:r>
        <w:rPr>
          <w:color w:val="3A4658"/>
          <w:sz w:val="20"/>
        </w:rPr>
        <w:t>After 5 races, the 2026 WRRL season has reached its middle phase and the league tables are beginning to settle. Avon Valley Runners A currently leads Division 1 on 96 points, with Royal Wootton Bassett Hounds A closest on 90. In Division 2, Chippenham Harriers B sets the pace and the current promotion places are held by Chippenham Harriers B and Frome RC B. The individual standings are led by Luke STUBBS (Avon Valley Runners) and Issie BREACH (Calne RC), leaving the remaining races to decide titles, promotion and relegation.</w:t>
      </w:r>
    </w:p>
    <w:p>
      <w:pPr>
        <w:spacing w:before="0" w:after="8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276"/>
        <w:gridCol w:w="1276"/>
        <w:gridCol w:w="1276"/>
        <w:gridCol w:w="1276"/>
        <w:gridCol w:w="1276"/>
        <w:gridCol w:w="1276"/>
        <w:gridCol w:w="1276"/>
        <w:gridCol w:w="1276"/>
      </w:tblGrid>
      <w:tr>
        <w:trPr>
          <w:trHeight w:val="283" w:hRule="exact"/>
        </w:trPr>
        <w:tc>
          <w:tcPr>
            <w:tcW w:type="dxa" w:w="10208"/>
            <w:gridSpan w:val="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24"/>
              </w:rPr>
              <w:t>DIVISION 1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311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R1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R2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R3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R4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R5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Total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3118"/>
            <w:shd w:val="clear" w:color="auto" w:fill="2d7a4a"/>
          </w:tcPr>
          <w:p>
            <w:pPr>
              <w:jc w:val="left"/>
            </w:pPr>
            <w:r>
              <w:rPr>
                <w:b/>
                <w:i w:val="0"/>
                <w:color w:val="FFFFFF"/>
                <w:sz w:val="18"/>
              </w:rPr>
              <w:t>Avon Valley Runners -- A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19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19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18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20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96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Royal Wootton Bassett Hounds -- A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90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3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Frome RC -- A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86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Chippenham Harriers -- A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86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Avon Valley Runners -- B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72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Harriers -- A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66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Corsham RC -- A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65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Royal Wootton Bassett Hounds -- B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64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Calne RC -- A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63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Somer AC -- A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60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5d8d8"/>
          </w:tcPr>
          <w:p>
            <w:pPr>
              <w:jc w:val="center"/>
            </w:pPr>
            <w:r>
              <w:rPr>
                <w:b/>
                <w:i/>
                <w:color w:val="3A4658"/>
                <w:sz w:val="18"/>
              </w:rPr>
              <w:t>11</w:t>
            </w:r>
          </w:p>
        </w:tc>
        <w:tc>
          <w:tcPr>
            <w:tcW w:type="dxa" w:w="3118"/>
            <w:shd w:val="clear" w:color="auto" w:fill="f5d8d8"/>
          </w:tcPr>
          <w:p>
            <w:pPr>
              <w:jc w:val="left"/>
            </w:pPr>
            <w:r>
              <w:rPr>
                <w:b w:val="0"/>
                <w:i/>
                <w:color w:val="3A4658"/>
                <w:sz w:val="18"/>
              </w:rPr>
              <w:t>Stonehenge Striders -- A</w:t>
            </w:r>
          </w:p>
        </w:tc>
        <w:tc>
          <w:tcPr>
            <w:tcW w:type="dxa" w:w="680"/>
            <w:shd w:val="clear" w:color="auto" w:fill="f5d8d8"/>
          </w:tcPr>
          <w:p>
            <w:pPr>
              <w:jc w:val="center"/>
            </w:pPr>
            <w:r>
              <w:rPr>
                <w:b w:val="0"/>
                <w:i/>
                <w:color w:val="3A4658"/>
                <w:sz w:val="18"/>
              </w:rPr>
              <w:t>9</w:t>
            </w:r>
          </w:p>
        </w:tc>
        <w:tc>
          <w:tcPr>
            <w:tcW w:type="dxa" w:w="680"/>
            <w:shd w:val="clear" w:color="auto" w:fill="f5d8d8"/>
          </w:tcPr>
          <w:p>
            <w:pPr>
              <w:jc w:val="center"/>
            </w:pPr>
            <w:r>
              <w:rPr>
                <w:b w:val="0"/>
                <w:i/>
                <w:color w:val="3A4658"/>
                <w:sz w:val="18"/>
              </w:rPr>
              <w:t>11</w:t>
            </w:r>
          </w:p>
        </w:tc>
        <w:tc>
          <w:tcPr>
            <w:tcW w:type="dxa" w:w="680"/>
            <w:shd w:val="clear" w:color="auto" w:fill="f5d8d8"/>
          </w:tcPr>
          <w:p>
            <w:pPr>
              <w:jc w:val="center"/>
            </w:pPr>
            <w:r>
              <w:rPr>
                <w:b w:val="0"/>
                <w:i/>
                <w:color w:val="3A4658"/>
                <w:sz w:val="18"/>
              </w:rPr>
              <w:t>12</w:t>
            </w:r>
          </w:p>
        </w:tc>
        <w:tc>
          <w:tcPr>
            <w:tcW w:type="dxa" w:w="680"/>
            <w:shd w:val="clear" w:color="auto" w:fill="f5d8d8"/>
          </w:tcPr>
          <w:p>
            <w:pPr>
              <w:jc w:val="center"/>
            </w:pPr>
            <w:r>
              <w:rPr>
                <w:b w:val="0"/>
                <w:i/>
                <w:color w:val="3A4658"/>
                <w:sz w:val="18"/>
              </w:rPr>
              <w:t>11</w:t>
            </w:r>
          </w:p>
        </w:tc>
        <w:tc>
          <w:tcPr>
            <w:tcW w:type="dxa" w:w="680"/>
            <w:shd w:val="clear" w:color="auto" w:fill="f5d8d8"/>
          </w:tcPr>
          <w:p>
            <w:pPr>
              <w:jc w:val="center"/>
            </w:pPr>
            <w:r>
              <w:rPr>
                <w:b w:val="0"/>
                <w:i/>
                <w:color w:val="3A4658"/>
                <w:sz w:val="18"/>
              </w:rPr>
              <w:t>10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/>
                <w:color w:val="FFFFFF"/>
                <w:sz w:val="18"/>
              </w:rPr>
              <w:t>53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5d8d8"/>
          </w:tcPr>
          <w:p>
            <w:pPr>
              <w:jc w:val="center"/>
            </w:pPr>
            <w:r>
              <w:rPr>
                <w:b/>
                <w:i/>
                <w:color w:val="3A4658"/>
                <w:sz w:val="18"/>
              </w:rPr>
              <w:t>12</w:t>
            </w:r>
          </w:p>
        </w:tc>
        <w:tc>
          <w:tcPr>
            <w:tcW w:type="dxa" w:w="3118"/>
            <w:shd w:val="clear" w:color="auto" w:fill="f5d8d8"/>
          </w:tcPr>
          <w:p>
            <w:pPr>
              <w:jc w:val="left"/>
            </w:pPr>
            <w:r>
              <w:rPr>
                <w:b w:val="0"/>
                <w:i/>
                <w:color w:val="3A4658"/>
                <w:sz w:val="18"/>
              </w:rPr>
              <w:t>Team Bath AC -- A</w:t>
            </w:r>
          </w:p>
        </w:tc>
        <w:tc>
          <w:tcPr>
            <w:tcW w:type="dxa" w:w="680"/>
            <w:shd w:val="clear" w:color="auto" w:fill="f5d8d8"/>
          </w:tcPr>
          <w:p>
            <w:pPr>
              <w:jc w:val="center"/>
            </w:pPr>
            <w:r>
              <w:rPr>
                <w:b w:val="0"/>
                <w:i/>
                <w:color w:val="3A4658"/>
                <w:sz w:val="18"/>
              </w:rPr>
              <w:t>17</w:t>
            </w:r>
          </w:p>
        </w:tc>
        <w:tc>
          <w:tcPr>
            <w:tcW w:type="dxa" w:w="680"/>
            <w:shd w:val="clear" w:color="auto" w:fill="f5d8d8"/>
          </w:tcPr>
          <w:p>
            <w:pPr>
              <w:jc w:val="center"/>
            </w:pPr>
            <w:r>
              <w:rPr>
                <w:b w:val="0"/>
                <w:i/>
                <w:color w:val="3A4658"/>
                <w:sz w:val="18"/>
              </w:rPr>
              <w:t>20</w:t>
            </w:r>
          </w:p>
        </w:tc>
        <w:tc>
          <w:tcPr>
            <w:tcW w:type="dxa" w:w="680"/>
            <w:shd w:val="clear" w:color="auto" w:fill="f5d8d8"/>
          </w:tcPr>
          <w:p>
            <w:pPr>
              <w:jc w:val="center"/>
            </w:pPr>
            <w:r>
              <w:rPr>
                <w:b w:val="0"/>
                <w:i/>
                <w:color w:val="3A4658"/>
                <w:sz w:val="18"/>
              </w:rPr>
              <w:t>0</w:t>
            </w:r>
          </w:p>
        </w:tc>
        <w:tc>
          <w:tcPr>
            <w:tcW w:type="dxa" w:w="680"/>
            <w:shd w:val="clear" w:color="auto" w:fill="f5d8d8"/>
          </w:tcPr>
          <w:p>
            <w:pPr>
              <w:jc w:val="center"/>
            </w:pPr>
            <w:r>
              <w:rPr>
                <w:b w:val="0"/>
                <w:i/>
                <w:color w:val="3A4658"/>
                <w:sz w:val="18"/>
              </w:rPr>
              <w:t>14</w:t>
            </w:r>
          </w:p>
        </w:tc>
        <w:tc>
          <w:tcPr>
            <w:tcW w:type="dxa" w:w="680"/>
            <w:shd w:val="clear" w:color="auto" w:fill="f5d8d8"/>
          </w:tcPr>
          <w:p>
            <w:pPr>
              <w:jc w:val="center"/>
            </w:pPr>
            <w:r>
              <w:rPr>
                <w:b w:val="0"/>
                <w:i/>
                <w:color w:val="3A4658"/>
                <w:sz w:val="18"/>
              </w:rPr>
              <w:t>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/>
                <w:color w:val="FFFFFF"/>
                <w:sz w:val="18"/>
              </w:rPr>
              <w:t>51</w:t>
            </w:r>
          </w:p>
        </w:tc>
      </w:tr>
    </w:tbl>
    <w:p>
      <w:pPr>
        <w:spacing w:before="60" w:after="80"/>
      </w:pPr>
      <w:r>
        <w:rPr>
          <w:sz w:val="20"/>
          <w:shd w:val="clear" w:color="auto" w:fill="f5d8d8"/>
        </w:rPr>
        <w:t xml:space="preserve">  </w:t>
      </w:r>
      <w:r>
        <w:rPr>
          <w:color w:val="607080"/>
          <w:sz w:val="16"/>
        </w:rPr>
        <w:t xml:space="preserve"> Relegated</w:t>
      </w:r>
    </w:p>
    <w:p>
      <w:pPr>
        <w:spacing w:before="0" w:after="0"/>
      </w:pPr>
      <w:r>
        <w:br w:type="page"/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276"/>
        <w:gridCol w:w="1276"/>
        <w:gridCol w:w="1276"/>
        <w:gridCol w:w="1276"/>
        <w:gridCol w:w="1276"/>
        <w:gridCol w:w="1276"/>
        <w:gridCol w:w="1276"/>
        <w:gridCol w:w="1276"/>
      </w:tblGrid>
      <w:tr>
        <w:trPr>
          <w:trHeight w:val="283" w:hRule="exact"/>
        </w:trPr>
        <w:tc>
          <w:tcPr>
            <w:tcW w:type="dxa" w:w="10208"/>
            <w:gridSpan w:val="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24"/>
              </w:rPr>
              <w:t>DIVISION 2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311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R1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R2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R3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R4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R5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Total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3118"/>
            <w:shd w:val="clear" w:color="auto" w:fill="2d7a4a"/>
          </w:tcPr>
          <w:p>
            <w:pPr>
              <w:jc w:val="left"/>
            </w:pPr>
            <w:r>
              <w:rPr>
                <w:b/>
                <w:i w:val="0"/>
                <w:color w:val="FFFFFF"/>
                <w:sz w:val="18"/>
              </w:rPr>
              <w:t>Chippenham Harriers -- B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18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17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14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19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88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d0ead8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2</w:t>
            </w:r>
          </w:p>
        </w:tc>
        <w:tc>
          <w:tcPr>
            <w:tcW w:type="dxa" w:w="3118"/>
            <w:shd w:val="clear" w:color="auto" w:fill="d0ead8"/>
          </w:tcPr>
          <w:p>
            <w:pPr>
              <w:jc w:val="left"/>
            </w:pPr>
            <w:r>
              <w:rPr>
                <w:b w:val="0"/>
                <w:i w:val="0"/>
                <w:color w:val="3A4658"/>
                <w:sz w:val="18"/>
              </w:rPr>
              <w:t>Frome RC -- B</w:t>
            </w:r>
          </w:p>
        </w:tc>
        <w:tc>
          <w:tcPr>
            <w:tcW w:type="dxa" w:w="680"/>
            <w:shd w:val="clear" w:color="auto" w:fill="d0ead8"/>
          </w:tcPr>
          <w:p>
            <w:pPr>
              <w:jc w:val="center"/>
            </w:pPr>
            <w:r>
              <w:rPr>
                <w:b w:val="0"/>
                <w:i w:val="0"/>
                <w:color w:val="3A4658"/>
                <w:sz w:val="18"/>
              </w:rPr>
              <w:t>14</w:t>
            </w:r>
          </w:p>
        </w:tc>
        <w:tc>
          <w:tcPr>
            <w:tcW w:type="dxa" w:w="680"/>
            <w:shd w:val="clear" w:color="auto" w:fill="d0ead8"/>
          </w:tcPr>
          <w:p>
            <w:pPr>
              <w:jc w:val="center"/>
            </w:pPr>
            <w:r>
              <w:rPr>
                <w:b w:val="0"/>
                <w:i w:val="0"/>
                <w:color w:val="3A4658"/>
                <w:sz w:val="18"/>
              </w:rPr>
              <w:t>16</w:t>
            </w:r>
          </w:p>
        </w:tc>
        <w:tc>
          <w:tcPr>
            <w:tcW w:type="dxa" w:w="680"/>
            <w:shd w:val="clear" w:color="auto" w:fill="d0ead8"/>
          </w:tcPr>
          <w:p>
            <w:pPr>
              <w:jc w:val="center"/>
            </w:pPr>
            <w:r>
              <w:rPr>
                <w:b w:val="0"/>
                <w:i w:val="0"/>
                <w:color w:val="3A4658"/>
                <w:sz w:val="18"/>
              </w:rPr>
              <w:t>20</w:t>
            </w:r>
          </w:p>
        </w:tc>
        <w:tc>
          <w:tcPr>
            <w:tcW w:type="dxa" w:w="680"/>
            <w:shd w:val="clear" w:color="auto" w:fill="d0ead8"/>
          </w:tcPr>
          <w:p>
            <w:pPr>
              <w:jc w:val="center"/>
            </w:pPr>
            <w:r>
              <w:rPr>
                <w:b w:val="0"/>
                <w:i w:val="0"/>
                <w:color w:val="3A4658"/>
                <w:sz w:val="18"/>
              </w:rPr>
              <w:t>18</w:t>
            </w:r>
          </w:p>
        </w:tc>
        <w:tc>
          <w:tcPr>
            <w:tcW w:type="dxa" w:w="680"/>
            <w:shd w:val="clear" w:color="auto" w:fill="d0ead8"/>
          </w:tcPr>
          <w:p>
            <w:pPr>
              <w:jc w:val="center"/>
            </w:pPr>
            <w:r>
              <w:rPr>
                <w:b w:val="0"/>
                <w:i w:val="0"/>
                <w:color w:val="3A4658"/>
                <w:sz w:val="18"/>
              </w:rPr>
              <w:t>12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80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3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Striders -- A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75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Marlborough Running Club -- A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71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Devizes RC -- A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67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Slinn Allstars -- A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64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City of Salisbury A&amp;RC -- A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56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Marlborough Athletics -- A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52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Team Bath AC -- B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49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St Marys Sports Centre -- A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42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11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Pewsey Vale RC -- A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41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12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Somer AC -- B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35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13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Calne SMaRTT -- A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33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14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Highworth RC -- A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15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Harriers -- B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29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16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Corsham RC -- B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20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17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Striders -- B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15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18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City of Salisbury A&amp;RC -- B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15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19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Warminster RC -- A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20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Calne RC -- B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13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21</w:t>
            </w:r>
          </w:p>
        </w:tc>
        <w:tc>
          <w:tcPr>
            <w:tcW w:type="dxa" w:w="3118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Slinn Allstars -- B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single" w:sz="6" w:space="0" w:color="FFFFFF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22</w:t>
            </w:r>
          </w:p>
        </w:tc>
        <w:tc>
          <w:tcPr>
            <w:tcW w:type="dxa" w:w="3118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Stonehenge Striders -- B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1191"/>
            <w:shd w:val="clear" w:color="auto" w:fill="00b050"/>
            <w:tcBorders>
              <w:left w:val="none" w:sz="0" w:space="0" w:color="auto"/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2</w:t>
            </w:r>
          </w:p>
        </w:tc>
      </w:tr>
    </w:tbl>
    <w:p>
      <w:pPr>
        <w:spacing w:before="60" w:after="80"/>
      </w:pPr>
      <w:r>
        <w:rPr>
          <w:sz w:val="20"/>
          <w:shd w:val="clear" w:color="auto" w:fill="d0ead8"/>
        </w:rPr>
        <w:t xml:space="preserve">  </w:t>
      </w:r>
      <w:r>
        <w:rPr>
          <w:color w:val="607080"/>
          <w:sz w:val="16"/>
        </w:rPr>
        <w:t xml:space="preserve"> Promoted</w:t>
      </w:r>
      <w:r>
        <w:rPr>
          <w:color w:val="607080"/>
          <w:sz w:val="16"/>
        </w:rPr>
        <w:t xml:space="preserve">  (top 2 clubs promoted to Division 1)</w:t>
      </w:r>
    </w:p>
    <w:p>
      <w:pPr>
        <w:spacing w:before="0" w:after="0"/>
      </w:pPr>
      <w:r>
        <w:br w:type="page"/>
      </w:r>
    </w:p>
    <w:p>
      <w:pPr>
        <w:spacing w:before="80" w:after="120"/>
        <w:ind w:left="120"/>
        <w:shd w:val="clear" w:color="auto" w:fill="2d7a4a"/>
      </w:pPr>
      <w:r>
        <w:rPr>
          <w:b/>
          <w:color w:val="FFFFFF"/>
          <w:sz w:val="20"/>
        </w:rPr>
        <w:t>INDIVIDUAL RUNNERS</w:t>
      </w: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TOP 20 — MALE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328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Name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Cat</w:t>
            </w:r>
          </w:p>
        </w:tc>
        <w:tc>
          <w:tcPr>
            <w:tcW w:type="dxa" w:w="73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Total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R1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R2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R3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R4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R5</w:t>
            </w:r>
          </w:p>
        </w:tc>
      </w:tr>
      <w:tr>
        <w:tc>
          <w:tcPr>
            <w:tcW w:type="dxa" w:w="454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1</w:t>
            </w:r>
          </w:p>
        </w:tc>
        <w:tc>
          <w:tcPr>
            <w:tcW w:type="dxa" w:w="3288"/>
            <w:shd w:val="clear" w:color="auto" w:fill="c9a84c"/>
          </w:tcPr>
          <w:p>
            <w:pPr>
              <w:spacing w:after="0"/>
              <w:jc w:val="left"/>
            </w:pPr>
            <w:r/>
            <w:r>
              <w:rPr>
                <w:b/>
                <w:color w:val="3A4658"/>
                <w:sz w:val="18"/>
              </w:rPr>
              <w:t>Luke STUBBS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680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Sen</w:t>
            </w:r>
          </w:p>
        </w:tc>
        <w:tc>
          <w:tcPr>
            <w:tcW w:type="dxa" w:w="73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446</w:t>
            </w:r>
          </w:p>
        </w:tc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93</w:t>
            </w:r>
          </w:p>
        </w:tc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80</w:t>
            </w:r>
          </w:p>
        </w:tc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95</w:t>
            </w:r>
          </w:p>
        </w:tc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90</w:t>
            </w:r>
          </w:p>
        </w:tc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88</w:t>
            </w:r>
          </w:p>
        </w:tc>
      </w:tr>
      <w:tr>
        <w:tc>
          <w:tcPr>
            <w:tcW w:type="dxa" w:w="454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2</w:t>
            </w:r>
          </w:p>
        </w:tc>
        <w:tc>
          <w:tcPr>
            <w:tcW w:type="dxa" w:w="3288"/>
            <w:shd w:val="clear" w:color="auto" w:fill="a8b4c4"/>
          </w:tcPr>
          <w:p>
            <w:pPr>
              <w:spacing w:after="0"/>
              <w:jc w:val="left"/>
            </w:pPr>
            <w:r/>
            <w:r>
              <w:rPr>
                <w:b/>
                <w:color w:val="3A4658"/>
                <w:sz w:val="18"/>
              </w:rPr>
              <w:t>David SIRRELLE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Swindon Harriers</w:t>
            </w:r>
          </w:p>
        </w:tc>
        <w:tc>
          <w:tcPr>
            <w:tcW w:type="dxa" w:w="680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V40</w:t>
            </w:r>
          </w:p>
        </w:tc>
        <w:tc>
          <w:tcPr>
            <w:tcW w:type="dxa" w:w="73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417</w:t>
            </w:r>
          </w:p>
        </w:tc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87</w:t>
            </w:r>
          </w:p>
        </w:tc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65</w:t>
            </w:r>
          </w:p>
        </w:tc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97</w:t>
            </w:r>
          </w:p>
        </w:tc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88</w:t>
            </w:r>
          </w:p>
        </w:tc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80</w:t>
            </w:r>
          </w:p>
        </w:tc>
      </w:tr>
      <w:tr>
        <w:tc>
          <w:tcPr>
            <w:tcW w:type="dxa" w:w="454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</w:t>
            </w:r>
          </w:p>
        </w:tc>
        <w:tc>
          <w:tcPr>
            <w:tcW w:type="dxa" w:w="3288"/>
            <w:shd w:val="clear" w:color="auto" w:fill="b87440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Alexander FISHER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Frome RC</w:t>
            </w:r>
          </w:p>
        </w:tc>
        <w:tc>
          <w:tcPr>
            <w:tcW w:type="dxa" w:w="680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V40</w:t>
            </w:r>
          </w:p>
        </w:tc>
        <w:tc>
          <w:tcPr>
            <w:tcW w:type="dxa" w:w="73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413</w:t>
            </w:r>
          </w:p>
        </w:tc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90</w:t>
            </w:r>
          </w:p>
        </w:tc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61</w:t>
            </w:r>
          </w:p>
        </w:tc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98</w:t>
            </w:r>
          </w:p>
        </w:tc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82</w:t>
            </w:r>
          </w:p>
        </w:tc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82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Jon HICKS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Chippenham Harriers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V50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378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85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44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73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Tom HILL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365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97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81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91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Karl PRYOR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Corsham RC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360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95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78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97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90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Philip DANIELS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Calne RC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358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70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100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93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Ronan DICKSON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312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42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94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87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89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Ronan FERGUSON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306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83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53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86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84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David HAMILL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Marlborough Athletics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293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80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74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11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Ben MEES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284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87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100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97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12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Michael GORMAN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283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84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46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78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75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13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Mark STILLMAN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Somer AC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281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67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59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55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14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Dan GILES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Swindon Harriers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281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90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95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15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Paul REDDAWAY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Corsham RC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V60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274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76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87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56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50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16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David GOODLAND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Chippenham Harriers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255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68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51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48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17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Neil GREGORY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255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94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86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18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Jay HOOKINS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253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76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92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85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19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Tom Juggins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238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92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74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72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20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Gary DAY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230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91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50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89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</w:tr>
    </w:tbl>
    <w:p>
      <w:r>
        <w:br w:type="page"/>
      </w: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TOP 20 — FEMALE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328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Name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Cat</w:t>
            </w:r>
          </w:p>
        </w:tc>
        <w:tc>
          <w:tcPr>
            <w:tcW w:type="dxa" w:w="73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Total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R1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R2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R3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R4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R5</w:t>
            </w:r>
          </w:p>
        </w:tc>
      </w:tr>
      <w:tr>
        <w:tc>
          <w:tcPr>
            <w:tcW w:type="dxa" w:w="454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1</w:t>
            </w:r>
          </w:p>
        </w:tc>
        <w:tc>
          <w:tcPr>
            <w:tcW w:type="dxa" w:w="3288"/>
            <w:shd w:val="clear" w:color="auto" w:fill="c9a84c"/>
          </w:tcPr>
          <w:p>
            <w:pPr>
              <w:spacing w:after="0"/>
              <w:jc w:val="left"/>
            </w:pPr>
            <w:r/>
            <w:r>
              <w:rPr>
                <w:b/>
                <w:color w:val="3A4658"/>
                <w:sz w:val="18"/>
              </w:rPr>
              <w:t>Issie BREACH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Calne RC</w:t>
            </w:r>
          </w:p>
        </w:tc>
        <w:tc>
          <w:tcPr>
            <w:tcW w:type="dxa" w:w="680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Sen</w:t>
            </w:r>
          </w:p>
        </w:tc>
        <w:tc>
          <w:tcPr>
            <w:tcW w:type="dxa" w:w="73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418</w:t>
            </w:r>
          </w:p>
        </w:tc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89</w:t>
            </w:r>
          </w:p>
        </w:tc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69</w:t>
            </w:r>
          </w:p>
        </w:tc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91</w:t>
            </w:r>
          </w:p>
        </w:tc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87</w:t>
            </w:r>
          </w:p>
        </w:tc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82</w:t>
            </w:r>
          </w:p>
        </w:tc>
      </w:tr>
      <w:tr>
        <w:tc>
          <w:tcPr>
            <w:tcW w:type="dxa" w:w="454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2</w:t>
            </w:r>
          </w:p>
        </w:tc>
        <w:tc>
          <w:tcPr>
            <w:tcW w:type="dxa" w:w="3288"/>
            <w:shd w:val="clear" w:color="auto" w:fill="a8b4c4"/>
          </w:tcPr>
          <w:p>
            <w:pPr>
              <w:spacing w:after="0"/>
              <w:jc w:val="left"/>
            </w:pPr>
            <w:r/>
            <w:r>
              <w:rPr>
                <w:b/>
                <w:color w:val="3A4658"/>
                <w:sz w:val="18"/>
              </w:rPr>
              <w:t>Ella KEMPSHALL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680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Sen</w:t>
            </w:r>
          </w:p>
        </w:tc>
        <w:tc>
          <w:tcPr>
            <w:tcW w:type="dxa" w:w="73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406</w:t>
            </w:r>
          </w:p>
        </w:tc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84</w:t>
            </w:r>
          </w:p>
        </w:tc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65</w:t>
            </w:r>
          </w:p>
        </w:tc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88</w:t>
            </w:r>
          </w:p>
        </w:tc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84</w:t>
            </w:r>
          </w:p>
        </w:tc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85</w:t>
            </w:r>
          </w:p>
        </w:tc>
      </w:tr>
      <w:tr>
        <w:tc>
          <w:tcPr>
            <w:tcW w:type="dxa" w:w="454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</w:t>
            </w:r>
          </w:p>
        </w:tc>
        <w:tc>
          <w:tcPr>
            <w:tcW w:type="dxa" w:w="3288"/>
            <w:shd w:val="clear" w:color="auto" w:fill="b87440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Jess JONES-HUTCHINGS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Frome RC</w:t>
            </w:r>
          </w:p>
        </w:tc>
        <w:tc>
          <w:tcPr>
            <w:tcW w:type="dxa" w:w="680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Sen</w:t>
            </w:r>
          </w:p>
        </w:tc>
        <w:tc>
          <w:tcPr>
            <w:tcW w:type="dxa" w:w="73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396</w:t>
            </w:r>
          </w:p>
        </w:tc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85</w:t>
            </w:r>
          </w:p>
        </w:tc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60</w:t>
            </w:r>
          </w:p>
        </w:tc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87</w:t>
            </w:r>
          </w:p>
        </w:tc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81</w:t>
            </w:r>
          </w:p>
        </w:tc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83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Adrienne BARTHRAM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391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87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67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76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88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73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Poppy BURTON-MORGAN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376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99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97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95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Jennifer MACMASTER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Devizes RC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375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98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98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Amelie HIGGINS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372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86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97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94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Clare KELLAR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Marlborough Running Club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V50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363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79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92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Eleanor WASHINGTON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355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74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46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82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78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Diane HIER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V60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353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74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95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94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90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11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Shelley DECKER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339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66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92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93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88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12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Samantha GRANT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314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66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41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68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77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62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13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Fiona PRICE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V50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307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88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57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83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79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14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Frances MACHIN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V50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298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76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77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76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69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15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Ann Marie BRAZIER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Chippenham Harriers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295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100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99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16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Clare DUNNING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283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50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79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80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74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17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Jenny HOLMES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270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82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95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93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18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Georgia HERBERT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265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25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69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68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60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19</w:t>
            </w:r>
          </w:p>
        </w:tc>
        <w:tc>
          <w:tcPr>
            <w:tcW w:type="dxa" w:w="328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Emma-Jane WHITE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Chippenham Harriers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247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90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70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87</w:t>
            </w:r>
          </w:p>
        </w:tc>
      </w:tr>
      <w:tr>
        <w:tc>
          <w:tcPr>
            <w:tcW w:type="dxa" w:w="454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20</w:t>
            </w:r>
          </w:p>
        </w:tc>
        <w:tc>
          <w:tcPr>
            <w:tcW w:type="dxa" w:w="328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Emma Yeo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V50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245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82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83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80</w:t>
            </w:r>
          </w:p>
        </w:tc>
      </w:tr>
    </w:tbl>
    <w:p>
      <w:r>
        <w:br w:type="page"/>
      </w: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CATEGORY LEADERS</w:t>
      </w:r>
    </w:p>
    <w:p>
      <w:pPr>
        <w:spacing w:before="160" w:after="40"/>
      </w:pPr>
      <w:r>
        <w:rPr>
          <w:b/>
          <w:color w:val="3A4658"/>
          <w:sz w:val="20"/>
        </w:rPr>
        <w:t>Sen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>
        <w:tc>
          <w:tcPr>
            <w:tcW w:type="dxa" w:w="34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345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Male Runner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  <w:tc>
          <w:tcPr>
            <w:tcW w:type="dxa" w:w="22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</w:r>
          </w:p>
        </w:tc>
        <w:tc>
          <w:tcPr>
            <w:tcW w:type="dxa" w:w="34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345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Female Runner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</w:tr>
      <w:tr>
        <w:tc>
          <w:tcPr>
            <w:tcW w:type="dxa" w:w="34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3458"/>
            <w:shd w:val="clear" w:color="auto" w:fill="2d7a4a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Luke STUBBS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Avon Valley Runners</w:t>
            </w:r>
          </w:p>
        </w:tc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446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3458"/>
            <w:shd w:val="clear" w:color="auto" w:fill="2d7a4a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Issie BREACH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Calne RC</w:t>
            </w:r>
          </w:p>
        </w:tc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418</w:t>
            </w:r>
          </w:p>
        </w:tc>
      </w:tr>
      <w:tr>
        <w:tc>
          <w:tcPr>
            <w:tcW w:type="dxa" w:w="340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345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Tom HILL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365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</w:t>
            </w:r>
          </w:p>
        </w:tc>
        <w:tc>
          <w:tcPr>
            <w:tcW w:type="dxa" w:w="345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Ella KEMPSHALL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406</w:t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345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Ronan DICKSON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312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3</w:t>
            </w:r>
          </w:p>
        </w:tc>
        <w:tc>
          <w:tcPr>
            <w:tcW w:type="dxa" w:w="345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Jess JONES-HUTCHINGS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396</w:t>
            </w:r>
          </w:p>
        </w:tc>
      </w:tr>
    </w:tbl>
    <w:p>
      <w:pPr>
        <w:spacing w:before="160" w:after="40"/>
      </w:pPr>
      <w:r>
        <w:rPr>
          <w:b/>
          <w:color w:val="3A4658"/>
          <w:sz w:val="20"/>
        </w:rPr>
        <w:t>V40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>
        <w:tc>
          <w:tcPr>
            <w:tcW w:type="dxa" w:w="34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345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Male Runner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  <w:tc>
          <w:tcPr>
            <w:tcW w:type="dxa" w:w="22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</w:r>
          </w:p>
        </w:tc>
        <w:tc>
          <w:tcPr>
            <w:tcW w:type="dxa" w:w="34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345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Female Runner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</w:tr>
      <w:tr>
        <w:tc>
          <w:tcPr>
            <w:tcW w:type="dxa" w:w="34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</w:t>
            </w:r>
          </w:p>
        </w:tc>
        <w:tc>
          <w:tcPr>
            <w:tcW w:type="dxa" w:w="3458"/>
            <w:shd w:val="clear" w:color="auto" w:fill="2d7a4a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David SIRRELLE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Swindon Harriers</w:t>
            </w:r>
          </w:p>
        </w:tc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417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</w:t>
            </w:r>
          </w:p>
        </w:tc>
        <w:tc>
          <w:tcPr>
            <w:tcW w:type="dxa" w:w="3458"/>
            <w:shd w:val="clear" w:color="auto" w:fill="2d7a4a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Adrienne BARTHRAM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Avon Valley Runners</w:t>
            </w:r>
          </w:p>
        </w:tc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391</w:t>
            </w:r>
          </w:p>
        </w:tc>
      </w:tr>
      <w:tr>
        <w:tc>
          <w:tcPr>
            <w:tcW w:type="dxa" w:w="340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3</w:t>
            </w:r>
          </w:p>
        </w:tc>
        <w:tc>
          <w:tcPr>
            <w:tcW w:type="dxa" w:w="345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Alexander FISHER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413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345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Poppy BURTON-MORGAN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376</w:t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345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Karl PRYOR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Corsham RC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360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345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Jennifer MACMASTER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Devizes RC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375</w:t>
            </w:r>
          </w:p>
        </w:tc>
      </w:tr>
    </w:tbl>
    <w:p>
      <w:pPr>
        <w:spacing w:before="160" w:after="40"/>
      </w:pPr>
      <w:r>
        <w:rPr>
          <w:b/>
          <w:color w:val="3A4658"/>
          <w:sz w:val="20"/>
        </w:rPr>
        <w:t>V50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>
        <w:tc>
          <w:tcPr>
            <w:tcW w:type="dxa" w:w="34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345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Male Runner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  <w:tc>
          <w:tcPr>
            <w:tcW w:type="dxa" w:w="22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</w:r>
          </w:p>
        </w:tc>
        <w:tc>
          <w:tcPr>
            <w:tcW w:type="dxa" w:w="34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345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Female Runner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</w:tr>
      <w:tr>
        <w:tc>
          <w:tcPr>
            <w:tcW w:type="dxa" w:w="34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</w:t>
            </w:r>
          </w:p>
        </w:tc>
        <w:tc>
          <w:tcPr>
            <w:tcW w:type="dxa" w:w="3458"/>
            <w:shd w:val="clear" w:color="auto" w:fill="2d7a4a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Jon HICKS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Chippenham Harriers</w:t>
            </w:r>
          </w:p>
        </w:tc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378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8</w:t>
            </w:r>
          </w:p>
        </w:tc>
        <w:tc>
          <w:tcPr>
            <w:tcW w:type="dxa" w:w="3458"/>
            <w:shd w:val="clear" w:color="auto" w:fill="2d7a4a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Clare KELLAR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Marlborough Running Club</w:t>
            </w:r>
          </w:p>
        </w:tc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363</w:t>
            </w:r>
          </w:p>
        </w:tc>
      </w:tr>
      <w:tr>
        <w:tc>
          <w:tcPr>
            <w:tcW w:type="dxa" w:w="340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22</w:t>
            </w:r>
          </w:p>
        </w:tc>
        <w:tc>
          <w:tcPr>
            <w:tcW w:type="dxa" w:w="345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Alwyn ROYALL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Chippenham Harriers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211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13</w:t>
            </w:r>
          </w:p>
        </w:tc>
        <w:tc>
          <w:tcPr>
            <w:tcW w:type="dxa" w:w="345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Fiona PRICE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307</w:t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23</w:t>
            </w:r>
          </w:p>
        </w:tc>
        <w:tc>
          <w:tcPr>
            <w:tcW w:type="dxa" w:w="345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David LEE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202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14</w:t>
            </w:r>
          </w:p>
        </w:tc>
        <w:tc>
          <w:tcPr>
            <w:tcW w:type="dxa" w:w="345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Frances MACHIN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298</w:t>
            </w:r>
          </w:p>
        </w:tc>
      </w:tr>
    </w:tbl>
    <w:p>
      <w:pPr>
        <w:spacing w:before="160" w:after="40"/>
      </w:pPr>
      <w:r>
        <w:rPr>
          <w:b/>
          <w:color w:val="3A4658"/>
          <w:sz w:val="20"/>
        </w:rPr>
        <w:t>V60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>
        <w:tc>
          <w:tcPr>
            <w:tcW w:type="dxa" w:w="34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345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Male Runner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  <w:tc>
          <w:tcPr>
            <w:tcW w:type="dxa" w:w="22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</w:r>
          </w:p>
        </w:tc>
        <w:tc>
          <w:tcPr>
            <w:tcW w:type="dxa" w:w="34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345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Female Runner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</w:tr>
      <w:tr>
        <w:tc>
          <w:tcPr>
            <w:tcW w:type="dxa" w:w="34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15</w:t>
            </w:r>
          </w:p>
        </w:tc>
        <w:tc>
          <w:tcPr>
            <w:tcW w:type="dxa" w:w="3458"/>
            <w:shd w:val="clear" w:color="auto" w:fill="2d7a4a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Paul REDDAWAY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Corsham RC</w:t>
            </w:r>
          </w:p>
        </w:tc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274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10</w:t>
            </w:r>
          </w:p>
        </w:tc>
        <w:tc>
          <w:tcPr>
            <w:tcW w:type="dxa" w:w="3458"/>
            <w:shd w:val="clear" w:color="auto" w:fill="2d7a4a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Diane HIER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Avon Valley Runners</w:t>
            </w:r>
          </w:p>
        </w:tc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353</w:t>
            </w:r>
          </w:p>
        </w:tc>
      </w:tr>
      <w:tr>
        <w:tc>
          <w:tcPr>
            <w:tcW w:type="dxa" w:w="340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24</w:t>
            </w:r>
          </w:p>
        </w:tc>
        <w:tc>
          <w:tcPr>
            <w:tcW w:type="dxa" w:w="345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Jeremy FOOT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Marlborough Running Club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201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26</w:t>
            </w:r>
          </w:p>
        </w:tc>
        <w:tc>
          <w:tcPr>
            <w:tcW w:type="dxa" w:w="345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Lorraine FERRIS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204</w:t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44</w:t>
            </w:r>
          </w:p>
        </w:tc>
        <w:tc>
          <w:tcPr>
            <w:tcW w:type="dxa" w:w="345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Paul NEWMAN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Somer AC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152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45</w:t>
            </w:r>
          </w:p>
        </w:tc>
        <w:tc>
          <w:tcPr>
            <w:tcW w:type="dxa" w:w="345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Debbie ELLIS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144</w:t>
            </w:r>
          </w:p>
        </w:tc>
      </w:tr>
    </w:tbl>
    <w:p>
      <w:pPr>
        <w:spacing w:before="160" w:after="40"/>
      </w:pPr>
      <w:r>
        <w:rPr>
          <w:b/>
          <w:color w:val="3A4658"/>
          <w:sz w:val="20"/>
        </w:rPr>
        <w:t>V70+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>
        <w:tc>
          <w:tcPr>
            <w:tcW w:type="dxa" w:w="34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345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Male Runner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  <w:tc>
          <w:tcPr>
            <w:tcW w:type="dxa" w:w="22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</w:r>
          </w:p>
        </w:tc>
        <w:tc>
          <w:tcPr>
            <w:tcW w:type="dxa" w:w="34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#</w:t>
            </w:r>
          </w:p>
        </w:tc>
        <w:tc>
          <w:tcPr>
            <w:tcW w:type="dxa" w:w="345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Female Runner</w:t>
            </w:r>
          </w:p>
        </w:tc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</w:tr>
      <w:tr>
        <w:tc>
          <w:tcPr>
            <w:tcW w:type="dxa" w:w="34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139</w:t>
            </w:r>
          </w:p>
        </w:tc>
        <w:tc>
          <w:tcPr>
            <w:tcW w:type="dxa" w:w="3458"/>
            <w:shd w:val="clear" w:color="auto" w:fill="2d7a4a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Barrie KNIGHT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Frome RC</w:t>
            </w:r>
          </w:p>
        </w:tc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66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38</w:t>
            </w:r>
          </w:p>
        </w:tc>
        <w:tc>
          <w:tcPr>
            <w:tcW w:type="dxa" w:w="3458"/>
            <w:shd w:val="clear" w:color="auto" w:fill="2d7a4a"/>
          </w:tcPr>
          <w:p>
            <w:pPr>
              <w:spacing w:after="0"/>
              <w:jc w:val="left"/>
            </w:pPr>
            <w:r/>
            <w:r>
              <w:rPr>
                <w:b/>
                <w:color w:val="FFFFFF"/>
                <w:sz w:val="18"/>
              </w:rPr>
              <w:t>Teresa LOVERN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FFFFFF"/>
                <w:sz w:val="16"/>
              </w:rPr>
              <w:t>Somer AC</w:t>
            </w:r>
          </w:p>
        </w:tc>
        <w:tc>
          <w:tcPr>
            <w:tcW w:type="dxa" w:w="56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168</w:t>
            </w:r>
          </w:p>
        </w:tc>
      </w:tr>
      <w:tr>
        <w:tc>
          <w:tcPr>
            <w:tcW w:type="dxa" w:w="340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151</w:t>
            </w:r>
          </w:p>
        </w:tc>
        <w:tc>
          <w:tcPr>
            <w:tcW w:type="dxa" w:w="345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Andrew SHARRATT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60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199</w:t>
            </w:r>
          </w:p>
        </w:tc>
        <w:tc>
          <w:tcPr>
            <w:tcW w:type="dxa" w:w="3458"/>
            <w:shd w:val="clear" w:color="auto" w:fill="eef2f7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Celia Stevens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Calne RC</w:t>
            </w:r>
          </w:p>
        </w:tc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34</w:t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195</w:t>
            </w:r>
          </w:p>
        </w:tc>
        <w:tc>
          <w:tcPr>
            <w:tcW w:type="dxa" w:w="345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Jonathan Bateman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46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40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236</w:t>
            </w:r>
          </w:p>
        </w:tc>
        <w:tc>
          <w:tcPr>
            <w:tcW w:type="dxa" w:w="3458"/>
            <w:shd w:val="clear" w:color="auto" w:fill="ffffff"/>
          </w:tcPr>
          <w:p>
            <w:pPr>
              <w:spacing w:after="0"/>
              <w:jc w:val="left"/>
            </w:pPr>
            <w:r/>
            <w:r>
              <w:rPr>
                <w:b w:val="0"/>
                <w:sz w:val="18"/>
              </w:rPr>
              <w:t>Rosemary BARBER</w:t>
            </w:r>
          </w:p>
          <w:p>
            <w:pPr>
              <w:spacing w:before="0" w:after="0"/>
              <w:jc w:val="left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</w:tr>
    </w:tbl>
    <w:p>
      <w:pPr>
        <w:spacing w:before="0" w:after="0"/>
      </w:pPr>
      <w:r>
        <w:br w:type="page"/>
      </w:r>
    </w:p>
    <w:p>
      <w:pPr>
        <w:spacing w:before="120" w:after="120"/>
        <w:ind w:left="120"/>
        <w:shd w:val="clear" w:color="auto" w:fill="2d7a4a"/>
      </w:pPr>
      <w:r>
        <w:rPr>
          <w:b/>
          <w:color w:val="FFFFFF"/>
          <w:sz w:val="20"/>
        </w:rPr>
        <w:t>SEASON OVERVIEW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551"/>
        <w:gridCol w:w="2551"/>
        <w:gridCol w:w="2551"/>
        <w:gridCol w:w="2551"/>
      </w:tblGrid>
      <w:tr>
        <w:tc>
          <w:tcPr>
            <w:tcW w:type="dxa" w:w="3402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</w:r>
          </w:p>
        </w:tc>
        <w:tc>
          <w:tcPr>
            <w:tcW w:type="dxa" w:w="170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Male</w:t>
            </w:r>
          </w:p>
        </w:tc>
        <w:tc>
          <w:tcPr>
            <w:tcW w:type="dxa" w:w="170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Female</w:t>
            </w:r>
          </w:p>
        </w:tc>
        <w:tc>
          <w:tcPr>
            <w:tcW w:type="dxa" w:w="170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Total</w:t>
            </w:r>
          </w:p>
        </w:tc>
      </w:tr>
      <w:tr>
        <w:tc>
          <w:tcPr>
            <w:tcW w:type="dxa" w:w="3402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Season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2026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3402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Races processed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3402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Runners scored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385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271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656</w:t>
            </w:r>
          </w:p>
        </w:tc>
      </w:tr>
      <w:tr>
        <w:tc>
          <w:tcPr>
            <w:tcW w:type="dxa" w:w="3402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Clubs scored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21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21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3402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Non-league clubs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 xml:space="preserve">1 club(s) — see 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</w:tr>
    </w:tbl>
    <w:p>
      <w:pPr>
        <w:spacing w:before="160" w:after="40"/>
      </w:pPr>
      <w:r>
        <w:rPr>
          <w:b/>
          <w:color w:val="3A4658"/>
          <w:sz w:val="20"/>
        </w:rPr>
        <w:t>Runner Categories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551"/>
        <w:gridCol w:w="2551"/>
        <w:gridCol w:w="2551"/>
        <w:gridCol w:w="2551"/>
      </w:tblGrid>
      <w:tr>
        <w:tc>
          <w:tcPr>
            <w:tcW w:type="dxa" w:w="2268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Category</w:t>
            </w:r>
          </w:p>
        </w:tc>
        <w:tc>
          <w:tcPr>
            <w:tcW w:type="dxa" w:w="141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Male</w:t>
            </w:r>
          </w:p>
        </w:tc>
        <w:tc>
          <w:tcPr>
            <w:tcW w:type="dxa" w:w="141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Female</w:t>
            </w:r>
          </w:p>
        </w:tc>
        <w:tc>
          <w:tcPr>
            <w:tcW w:type="dxa" w:w="141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Total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107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66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173</w:t>
            </w:r>
          </w:p>
        </w:tc>
      </w:tr>
      <w:tr>
        <w:tc>
          <w:tcPr>
            <w:tcW w:type="dxa" w:w="2268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V40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110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94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204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V50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87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71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158</w:t>
            </w:r>
          </w:p>
        </w:tc>
      </w:tr>
      <w:tr>
        <w:tc>
          <w:tcPr>
            <w:tcW w:type="dxa" w:w="2268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V60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43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27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70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V70+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21</w:t>
            </w:r>
          </w:p>
        </w:tc>
      </w:tr>
    </w:tbl>
    <w:p>
      <w:pPr>
        <w:spacing w:before="160" w:after="40"/>
      </w:pPr>
      <w:r>
        <w:rPr>
          <w:b/>
          <w:color w:val="3A4658"/>
          <w:sz w:val="20"/>
        </w:rPr>
        <w:t>Unique Runners By Club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5103"/>
        <w:gridCol w:w="5103"/>
      </w:tblGrid>
      <w:tr>
        <w:tc>
          <w:tcPr>
            <w:tcW w:type="dxa" w:w="5953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170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Unique Runners</w:t>
            </w:r>
          </w:p>
        </w:tc>
      </w:tr>
      <w:tr>
        <w:tc>
          <w:tcPr>
            <w:tcW w:type="dxa" w:w="5953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Avon Valley Runners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117</w:t>
            </w:r>
          </w:p>
        </w:tc>
      </w:tr>
      <w:tr>
        <w:tc>
          <w:tcPr>
            <w:tcW w:type="dxa" w:w="5953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Royal Wootton Bassett Hounds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103</w:t>
            </w:r>
          </w:p>
        </w:tc>
      </w:tr>
      <w:tr>
        <w:tc>
          <w:tcPr>
            <w:tcW w:type="dxa" w:w="5953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Chippenham Harriers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90</w:t>
            </w:r>
          </w:p>
        </w:tc>
      </w:tr>
      <w:tr>
        <w:tc>
          <w:tcPr>
            <w:tcW w:type="dxa" w:w="5953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Team Bath AC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57</w:t>
            </w:r>
          </w:p>
        </w:tc>
      </w:tr>
      <w:tr>
        <w:tc>
          <w:tcPr>
            <w:tcW w:type="dxa" w:w="5953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Corsham RC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42</w:t>
            </w:r>
          </w:p>
        </w:tc>
      </w:tr>
      <w:tr>
        <w:tc>
          <w:tcPr>
            <w:tcW w:type="dxa" w:w="5953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Somer AC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</w:t>
            </w:r>
          </w:p>
        </w:tc>
      </w:tr>
      <w:tr>
        <w:tc>
          <w:tcPr>
            <w:tcW w:type="dxa" w:w="5953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Frome RC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36</w:t>
            </w:r>
          </w:p>
        </w:tc>
      </w:tr>
      <w:tr>
        <w:tc>
          <w:tcPr>
            <w:tcW w:type="dxa" w:w="5953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Calne RC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5953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City of Salisbury A&amp;RC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5953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Swindon Harriers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5953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Slinn Allstars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5953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Stonehenge Striders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5953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Swindon Striders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5953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Devizes RC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5953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Pewsey Vale RC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5953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Calne SMaRTT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5953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Marlborough Running Club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5953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St Marys Sports Centre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5953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Marlborough Athletics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5953"/>
            <w:shd w:val="clear" w:color="auto" w:fill="eef2f7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Highworth RC</w:t>
            </w:r>
          </w:p>
        </w:tc>
        <w:tc>
          <w:tcPr>
            <w:tcW w:type="dxa" w:w="170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5953"/>
            <w:shd w:val="clear" w:color="auto" w:fill="ffffff"/>
          </w:tcPr>
          <w:p>
            <w:pPr>
              <w:jc w:val="left"/>
            </w:pPr>
            <w:r>
              <w:rPr>
                <w:b/>
                <w:i w:val="0"/>
                <w:sz w:val="18"/>
              </w:rPr>
              <w:t>Warminster RC</w:t>
            </w:r>
          </w:p>
        </w:tc>
        <w:tc>
          <w:tcPr>
            <w:tcW w:type="dxa" w:w="170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Grid>
      <w:gridCol w:w="3402"/>
      <w:gridCol w:w="3402"/>
      <w:gridCol w:w="3402"/>
    </w:tblGrid>
    <w:tr>
      <w:tc>
        <w:tcPr>
          <w:tcW w:type="dxa" w:w="3402"/>
        </w:tcPr>
        <w:p>
          <w:pPr>
            <w:jc w:val="left"/>
          </w:pPr>
          <w:r>
            <w:rPr>
              <w:color w:val="808090"/>
              <w:sz w:val="16"/>
            </w:rPr>
            <w:t>© 2026 Wiltshire Athletics Assoc.</w:t>
          </w:r>
        </w:p>
      </w:tc>
      <w:tc>
        <w:tcPr>
          <w:tcW w:type="dxa" w:w="3969"/>
        </w:tcPr>
        <w:p>
          <w:pPr>
            <w:jc w:val="center"/>
          </w:pPr>
          <w:r>
            <w:rPr>
              <w:color w:val="808090"/>
              <w:sz w:val="16"/>
            </w:rPr>
            <w:t>WRRL League AI v8.3.0</w:t>
          </w:r>
        </w:p>
      </w:tc>
      <w:tc>
        <w:tcPr>
          <w:tcW w:type="dxa" w:w="2835"/>
        </w:tcPr>
        <w:p>
          <w:pPr>
            <w:jc w:val="right"/>
          </w:pPr>
          <w:r>
            <w:rPr>
              <w:color w:val="808090"/>
              <w:sz w:val="16"/>
            </w:rPr>
            <w:t xml:space="preserve">Page </w:t>
          </w:r>
          <w:r>
            <w:fldChar w:fldCharType="begin"/>
            <w:instrText xml:space="preserve">PAGE</w:instrTex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Calibri" w:hAnsi="Calibr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Calibri" w:hAnsi="Calibr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Calibri" w:hAnsi="Calibr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Calibri" w:hAnsi="Calibr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Calibri" w:hAnsi="Calibr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Calibri" w:hAnsi="Calibr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Calibri" w:hAnsi="Calibri"/>
    </w:rPr>
  </w:style>
  <w:style w:type="table" w:default="1" w:styleId="TableNormal">
    <w:name w:val="Normal Table"/>
    <w:uiPriority w:val="99"/>
    <w:semiHidden/>
    <w:unhideWhenUsed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Calibri" w:hAnsi="Calibr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Calibri" w:hAnsi="Calibr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Calibri" w:hAnsi="Calibri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Calibri" w:hAnsi="Calibri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Calibri" w:hAnsi="Calibri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Calibri" w:hAnsi="Calibri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Calibri" w:hAnsi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Calibri" w:hAnsi="Calibri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Calibri" w:hAnsi="Calibri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Calibri" w:hAnsi="Calibri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Calibri" w:hAnsi="Calibri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Calibri" w:hAnsi="Calibri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Calibri" w:hAnsi="Calibri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Calibri" w:hAnsi="Calibri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Calibri" w:hAnsi="Calibri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Calibri" w:hAnsi="Calibri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Calibri" w:hAnsi="Calibri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Calibri" w:hAnsi="Calibri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Calibri" w:hAnsi="Calibri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libri" w:hAnsi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alibri" w:hAnsi="Calibr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Calibri" w:hAnsi="Calibr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Calibri" w:hAnsi="Calibri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Calibri" w:hAnsi="Calibr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Calibri" w:hAnsi="Calibr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Calibri" w:hAnsi="Calibr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Calibri" w:hAnsi="Calibri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Calibri" w:hAnsi="Calibr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hAnsi="Calibr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Calibri" w:hAnsi="Calibri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Calibri" w:hAnsi="Calibri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Calibri" w:hAnsi="Calibri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Calibri" w:hAnsi="Calibri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Calibri" w:hAnsi="Calibri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Calibri" w:hAnsi="Calibri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Calibri" w:hAnsi="Calibri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Calibri" w:hAnsi="Calibri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Calibri" w:hAnsi="Calibri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Calibri" w:hAnsi="Calibri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Calibri" w:hAnsi="Calibri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Calibri" w:hAnsi="Calibri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Calibri" w:hAnsi="Calibri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Calibri" w:hAnsi="Calibri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