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1417"/>
            <w:shd w:val="clear" w:color="auto" w:fill="3a465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RRL shield concep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87"/>
            <w:shd w:val="clear" w:color="auto" w:fill="3a4658"/>
          </w:tcPr>
          <w:p>
            <w:pPr>
              <w:spacing w:before="120"/>
              <w:ind w:left="227"/>
              <w:jc w:val="left"/>
            </w:pPr>
            <w:r>
              <w:rPr>
                <w:b/>
                <w:color w:val="FFFFFF"/>
                <w:sz w:val="44"/>
              </w:rPr>
              <w:t>WESTBURY 5K ROUND 4 (AUDITED)</w:t>
            </w:r>
          </w:p>
          <w:p>
            <w:pPr>
              <w:ind w:left="227"/>
            </w:pPr>
            <w:r>
              <w:rPr>
                <w:b/>
                <w:color w:val="A0B0C0"/>
                <w:sz w:val="22"/>
              </w:rPr>
              <w:t>RACE 2 OF 6</w:t>
            </w:r>
          </w:p>
        </w:tc>
      </w:tr>
    </w:tbl>
    <w:p>
      <w:pPr>
        <w:spacing w:before="0" w:after="120"/>
        <w:shd w:val="clear" w:color="auto" w:fill="2d7a4a"/>
      </w:pPr>
    </w:p>
    <w:p>
      <w:pPr>
        <w:spacing w:before="0" w:after="160"/>
      </w:pPr>
    </w:p>
    <w:p>
      <w:pPr>
        <w:spacing w:before="280" w:after="120"/>
        <w:ind w:left="120"/>
        <w:shd w:val="clear" w:color="auto" w:fill="2d7a4a"/>
      </w:pPr>
      <w:r>
        <w:rPr>
          <w:b/>
          <w:color w:val="FFFFFF"/>
          <w:sz w:val="20"/>
        </w:rPr>
        <w:t>INDIVIDUAL RESULTS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567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Pos</w:t>
            </w:r>
          </w:p>
        </w:tc>
        <w:tc>
          <w:tcPr>
            <w:tcW w:type="dxa" w:w="2835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Name</w:t>
            </w:r>
          </w:p>
        </w:tc>
        <w:tc>
          <w:tcPr>
            <w:tcW w:type="dxa" w:w="2551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Club</w:t>
            </w:r>
          </w:p>
        </w:tc>
        <w:tc>
          <w:tcPr>
            <w:tcW w:type="dxa" w:w="850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Gender</w:t>
            </w:r>
          </w:p>
        </w:tc>
        <w:tc>
          <w:tcPr>
            <w:tcW w:type="dxa" w:w="850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Cat</w:t>
            </w:r>
          </w:p>
        </w:tc>
        <w:tc>
          <w:tcPr>
            <w:tcW w:type="dxa" w:w="1417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Time</w:t>
            </w:r>
          </w:p>
        </w:tc>
        <w:tc>
          <w:tcPr>
            <w:tcW w:type="dxa" w:w="1134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Points</w:t>
            </w:r>
          </w:p>
        </w:tc>
      </w:tr>
      <w:tr>
        <w:tc>
          <w:tcPr>
            <w:tcW w:type="dxa" w:w="567"/>
            <w:shd w:val="clear" w:color="auto" w:fill="c9a84c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1</w:t>
            </w:r>
          </w:p>
        </w:tc>
        <w:tc>
          <w:tcPr>
            <w:tcW w:type="dxa" w:w="2835"/>
            <w:shd w:val="clear" w:color="auto" w:fill="c9a84c"/>
          </w:tcPr>
          <w:p>
            <w:pPr>
              <w:jc w:val="left"/>
            </w:pPr>
            <w:r>
              <w:rPr>
                <w:b/>
                <w:i w:val="0"/>
                <w:color w:val="3A4658"/>
                <w:sz w:val="18"/>
              </w:rPr>
              <w:t>Tobi LOUGHLIN</w:t>
            </w:r>
          </w:p>
        </w:tc>
        <w:tc>
          <w:tcPr>
            <w:tcW w:type="dxa" w:w="2551"/>
            <w:shd w:val="clear" w:color="auto" w:fill="c9a84c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Team Bath AC</w:t>
            </w:r>
          </w:p>
        </w:tc>
        <w:tc>
          <w:tcPr>
            <w:tcW w:type="dxa" w:w="850"/>
            <w:shd w:val="clear" w:color="auto" w:fill="c9a84c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M</w:t>
            </w:r>
          </w:p>
        </w:tc>
        <w:tc>
          <w:tcPr>
            <w:tcW w:type="dxa" w:w="850"/>
            <w:shd w:val="clear" w:color="auto" w:fill="c9a84c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Sen</w:t>
            </w:r>
          </w:p>
        </w:tc>
        <w:tc>
          <w:tcPr>
            <w:tcW w:type="dxa" w:w="1417"/>
            <w:shd w:val="clear" w:color="auto" w:fill="c9a84c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00:15:05.900000</w:t>
            </w:r>
          </w:p>
        </w:tc>
        <w:tc>
          <w:tcPr>
            <w:tcW w:type="dxa" w:w="1134"/>
            <w:shd w:val="clear" w:color="auto" w:fill="c9a84c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100</w:t>
            </w:r>
          </w:p>
        </w:tc>
      </w:tr>
      <w:tr>
        <w:tc>
          <w:tcPr>
            <w:tcW w:type="dxa" w:w="567"/>
            <w:shd w:val="clear" w:color="auto" w:fill="a8b4c4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2</w:t>
            </w:r>
          </w:p>
        </w:tc>
        <w:tc>
          <w:tcPr>
            <w:tcW w:type="dxa" w:w="2835"/>
            <w:shd w:val="clear" w:color="auto" w:fill="a8b4c4"/>
          </w:tcPr>
          <w:p>
            <w:pPr>
              <w:jc w:val="left"/>
            </w:pPr>
            <w:r>
              <w:rPr>
                <w:b/>
                <w:i w:val="0"/>
                <w:color w:val="3A4658"/>
                <w:sz w:val="18"/>
              </w:rPr>
              <w:t>Lester JAMES</w:t>
            </w:r>
          </w:p>
        </w:tc>
        <w:tc>
          <w:tcPr>
            <w:tcW w:type="dxa" w:w="2551"/>
            <w:shd w:val="clear" w:color="auto" w:fill="a8b4c4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Team Bath AC</w:t>
            </w:r>
          </w:p>
        </w:tc>
        <w:tc>
          <w:tcPr>
            <w:tcW w:type="dxa" w:w="850"/>
            <w:shd w:val="clear" w:color="auto" w:fill="a8b4c4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M</w:t>
            </w:r>
          </w:p>
        </w:tc>
        <w:tc>
          <w:tcPr>
            <w:tcW w:type="dxa" w:w="850"/>
            <w:shd w:val="clear" w:color="auto" w:fill="a8b4c4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Sen</w:t>
            </w:r>
          </w:p>
        </w:tc>
        <w:tc>
          <w:tcPr>
            <w:tcW w:type="dxa" w:w="1417"/>
            <w:shd w:val="clear" w:color="auto" w:fill="a8b4c4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00:15:16.700000</w:t>
            </w:r>
          </w:p>
        </w:tc>
        <w:tc>
          <w:tcPr>
            <w:tcW w:type="dxa" w:w="1134"/>
            <w:shd w:val="clear" w:color="auto" w:fill="a8b4c4"/>
          </w:tcPr>
          <w:p>
            <w:pPr>
              <w:jc w:val="center"/>
            </w:pPr>
            <w:r>
              <w:rPr>
                <w:b/>
                <w:i w:val="0"/>
                <w:color w:val="3A4658"/>
                <w:sz w:val="18"/>
              </w:rPr>
              <w:t>99</w:t>
            </w:r>
          </w:p>
        </w:tc>
      </w:tr>
      <w:tr>
        <w:tc>
          <w:tcPr>
            <w:tcW w:type="dxa" w:w="567"/>
            <w:shd w:val="clear" w:color="auto" w:fill="b8744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2835"/>
            <w:shd w:val="clear" w:color="auto" w:fill="b87440"/>
          </w:tcPr>
          <w:p>
            <w:pPr>
              <w:jc w:val="left"/>
            </w:pPr>
            <w:r>
              <w:rPr>
                <w:b/>
                <w:i w:val="0"/>
                <w:color w:val="FFFFFF"/>
                <w:sz w:val="18"/>
              </w:rPr>
              <w:t>Samuel DAVIES</w:t>
            </w:r>
          </w:p>
        </w:tc>
        <w:tc>
          <w:tcPr>
            <w:tcW w:type="dxa" w:w="2551"/>
            <w:shd w:val="clear" w:color="auto" w:fill="b8744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Team Bath AC</w:t>
            </w:r>
          </w:p>
        </w:tc>
        <w:tc>
          <w:tcPr>
            <w:tcW w:type="dxa" w:w="850"/>
            <w:shd w:val="clear" w:color="auto" w:fill="b8744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M</w:t>
            </w:r>
          </w:p>
        </w:tc>
        <w:tc>
          <w:tcPr>
            <w:tcW w:type="dxa" w:w="850"/>
            <w:shd w:val="clear" w:color="auto" w:fill="b8744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Sen</w:t>
            </w:r>
          </w:p>
        </w:tc>
        <w:tc>
          <w:tcPr>
            <w:tcW w:type="dxa" w:w="1417"/>
            <w:shd w:val="clear" w:color="auto" w:fill="b8744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00:15:17.800000</w:t>
            </w:r>
          </w:p>
        </w:tc>
        <w:tc>
          <w:tcPr>
            <w:tcW w:type="dxa" w:w="1134"/>
            <w:shd w:val="clear" w:color="auto" w:fill="b8744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98</w:t>
            </w:r>
          </w:p>
        </w:tc>
      </w:tr>
      <w:tr>
        <w:tc>
          <w:tcPr>
            <w:tcW w:type="dxa" w:w="56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4</w:t>
            </w:r>
          </w:p>
        </w:tc>
        <w:tc>
          <w:tcPr>
            <w:tcW w:type="dxa" w:w="2835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Harry HART</w:t>
            </w:r>
          </w:p>
        </w:tc>
        <w:tc>
          <w:tcPr>
            <w:tcW w:type="dxa" w:w="2551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City of Salisbury A&amp;RC</w:t>
            </w:r>
          </w:p>
        </w:tc>
        <w:tc>
          <w:tcPr>
            <w:tcW w:type="dxa" w:w="85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85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Sen</w:t>
            </w:r>
          </w:p>
        </w:tc>
        <w:tc>
          <w:tcPr>
            <w:tcW w:type="dxa" w:w="141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00:15:27.200000</w:t>
            </w:r>
          </w:p>
        </w:tc>
        <w:tc>
          <w:tcPr>
            <w:tcW w:type="dxa" w:w="113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97</w:t>
            </w:r>
          </w:p>
        </w:tc>
      </w:tr>
      <w:tr>
        <w:tc>
          <w:tcPr>
            <w:tcW w:type="dxa" w:w="56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5</w:t>
            </w:r>
          </w:p>
        </w:tc>
        <w:tc>
          <w:tcPr>
            <w:tcW w:type="dxa" w:w="2835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Kieran BABBAGE</w:t>
            </w:r>
          </w:p>
        </w:tc>
        <w:tc>
          <w:tcPr>
            <w:tcW w:type="dxa" w:w="2551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Team Bath AC</w:t>
            </w:r>
          </w:p>
        </w:tc>
        <w:tc>
          <w:tcPr>
            <w:tcW w:type="dxa" w:w="85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85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Sen</w:t>
            </w:r>
          </w:p>
        </w:tc>
        <w:tc>
          <w:tcPr>
            <w:tcW w:type="dxa" w:w="141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00:15:37</w:t>
            </w:r>
          </w:p>
        </w:tc>
        <w:tc>
          <w:tcPr>
            <w:tcW w:type="dxa" w:w="113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96</w:t>
            </w:r>
          </w:p>
        </w:tc>
      </w:tr>
      <w:tr>
        <w:tc>
          <w:tcPr>
            <w:tcW w:type="dxa" w:w="56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6</w:t>
            </w:r>
          </w:p>
        </w:tc>
        <w:tc>
          <w:tcPr>
            <w:tcW w:type="dxa" w:w="2835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Ryan JOHNSTONE</w:t>
            </w:r>
          </w:p>
        </w:tc>
        <w:tc>
          <w:tcPr>
            <w:tcW w:type="dxa" w:w="2551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Team Bath AC</w:t>
            </w:r>
          </w:p>
        </w:tc>
        <w:tc>
          <w:tcPr>
            <w:tcW w:type="dxa" w:w="85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85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Sen</w:t>
            </w:r>
          </w:p>
        </w:tc>
        <w:tc>
          <w:tcPr>
            <w:tcW w:type="dxa" w:w="141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00:15:42.800000</w:t>
            </w:r>
          </w:p>
        </w:tc>
        <w:tc>
          <w:tcPr>
            <w:tcW w:type="dxa" w:w="113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95</w:t>
            </w:r>
          </w:p>
        </w:tc>
      </w:tr>
      <w:tr>
        <w:tc>
          <w:tcPr>
            <w:tcW w:type="dxa" w:w="56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7</w:t>
            </w:r>
          </w:p>
        </w:tc>
        <w:tc>
          <w:tcPr>
            <w:tcW w:type="dxa" w:w="2835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Mark THRELFALL</w:t>
            </w:r>
          </w:p>
        </w:tc>
        <w:tc>
          <w:tcPr>
            <w:tcW w:type="dxa" w:w="2551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Team Bath AC</w:t>
            </w:r>
          </w:p>
        </w:tc>
        <w:tc>
          <w:tcPr>
            <w:tcW w:type="dxa" w:w="85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85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Sen</w:t>
            </w:r>
          </w:p>
        </w:tc>
        <w:tc>
          <w:tcPr>
            <w:tcW w:type="dxa" w:w="141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00:15:48.100000</w:t>
            </w:r>
          </w:p>
        </w:tc>
        <w:tc>
          <w:tcPr>
            <w:tcW w:type="dxa" w:w="113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94</w:t>
            </w:r>
          </w:p>
        </w:tc>
      </w:tr>
      <w:tr>
        <w:tc>
          <w:tcPr>
            <w:tcW w:type="dxa" w:w="56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8</w:t>
            </w:r>
          </w:p>
        </w:tc>
        <w:tc>
          <w:tcPr>
            <w:tcW w:type="dxa" w:w="2835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Thomas BROOKE</w:t>
            </w:r>
          </w:p>
        </w:tc>
        <w:tc>
          <w:tcPr>
            <w:tcW w:type="dxa" w:w="2551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Team Bath AC</w:t>
            </w:r>
          </w:p>
        </w:tc>
        <w:tc>
          <w:tcPr>
            <w:tcW w:type="dxa" w:w="85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85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Sen</w:t>
            </w:r>
          </w:p>
        </w:tc>
        <w:tc>
          <w:tcPr>
            <w:tcW w:type="dxa" w:w="141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00:15:58</w:t>
            </w:r>
          </w:p>
        </w:tc>
        <w:tc>
          <w:tcPr>
            <w:tcW w:type="dxa" w:w="113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93</w:t>
            </w:r>
          </w:p>
        </w:tc>
      </w:tr>
      <w:tr>
        <w:tc>
          <w:tcPr>
            <w:tcW w:type="dxa" w:w="56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9</w:t>
            </w:r>
          </w:p>
        </w:tc>
        <w:tc>
          <w:tcPr>
            <w:tcW w:type="dxa" w:w="2835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Riley HEYES</w:t>
            </w:r>
          </w:p>
        </w:tc>
        <w:tc>
          <w:tcPr>
            <w:tcW w:type="dxa" w:w="2551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Devizes RC</w:t>
            </w:r>
          </w:p>
        </w:tc>
        <w:tc>
          <w:tcPr>
            <w:tcW w:type="dxa" w:w="85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85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Sen</w:t>
            </w:r>
          </w:p>
        </w:tc>
        <w:tc>
          <w:tcPr>
            <w:tcW w:type="dxa" w:w="141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00:16:04.800000</w:t>
            </w:r>
          </w:p>
        </w:tc>
        <w:tc>
          <w:tcPr>
            <w:tcW w:type="dxa" w:w="113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92</w:t>
            </w:r>
          </w:p>
        </w:tc>
      </w:tr>
      <w:tr>
        <w:tc>
          <w:tcPr>
            <w:tcW w:type="dxa" w:w="56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10</w:t>
            </w:r>
          </w:p>
        </w:tc>
        <w:tc>
          <w:tcPr>
            <w:tcW w:type="dxa" w:w="2835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Archie ENSTONE</w:t>
            </w:r>
          </w:p>
        </w:tc>
        <w:tc>
          <w:tcPr>
            <w:tcW w:type="dxa" w:w="2551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Team Bath AC</w:t>
            </w:r>
          </w:p>
        </w:tc>
        <w:tc>
          <w:tcPr>
            <w:tcW w:type="dxa" w:w="85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85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Sen</w:t>
            </w:r>
          </w:p>
        </w:tc>
        <w:tc>
          <w:tcPr>
            <w:tcW w:type="dxa" w:w="141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00:16:10.900000</w:t>
            </w:r>
          </w:p>
        </w:tc>
        <w:tc>
          <w:tcPr>
            <w:tcW w:type="dxa" w:w="113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91</w:t>
            </w:r>
          </w:p>
        </w:tc>
      </w:tr>
    </w:tbl>
    <w:p>
      <w:pPr>
        <w:spacing w:before="0" w:after="120"/>
      </w:pPr>
    </w:p>
    <w:p>
      <w:pPr>
        <w:spacing w:before="280" w:after="120"/>
        <w:ind w:left="120"/>
        <w:shd w:val="clear" w:color="auto" w:fill="2d7a4a"/>
      </w:pPr>
      <w:r>
        <w:rPr>
          <w:b/>
          <w:color w:val="FFFFFF"/>
          <w:sz w:val="20"/>
        </w:rPr>
        <w:t>CATEGORY LEADERS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</w:tblGrid>
      <w:tr>
        <w:tc>
          <w:tcPr>
            <w:tcW w:type="dxa" w:w="850"/>
            <w:shd w:val="clear" w:color="auto" w:fill="3a4658"/>
          </w:tcPr>
          <w:p/>
        </w:tc>
        <w:tc>
          <w:tcPr>
            <w:tcW w:type="dxa" w:w="935"/>
            <w:shd w:val="clear" w:color="auto" w:fill="2d7a4a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SEN</w:t>
            </w:r>
          </w:p>
        </w:tc>
        <w:tc>
          <w:tcPr>
            <w:tcW w:type="dxa" w:w="935"/>
            <w:shd w:val="clear" w:color="auto" w:fill="3a4658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V35</w:t>
            </w:r>
          </w:p>
        </w:tc>
        <w:tc>
          <w:tcPr>
            <w:tcW w:type="dxa" w:w="935"/>
            <w:shd w:val="clear" w:color="auto" w:fill="1a5fa8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V40</w:t>
            </w:r>
          </w:p>
        </w:tc>
        <w:tc>
          <w:tcPr>
            <w:tcW w:type="dxa" w:w="935"/>
            <w:shd w:val="clear" w:color="auto" w:fill="3a4658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V45</w:t>
            </w:r>
          </w:p>
        </w:tc>
        <w:tc>
          <w:tcPr>
            <w:tcW w:type="dxa" w:w="935"/>
            <w:shd w:val="clear" w:color="auto" w:fill="c05800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V50</w:t>
            </w:r>
          </w:p>
        </w:tc>
        <w:tc>
          <w:tcPr>
            <w:tcW w:type="dxa" w:w="935"/>
            <w:shd w:val="clear" w:color="auto" w:fill="3a4658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V55</w:t>
            </w:r>
          </w:p>
        </w:tc>
        <w:tc>
          <w:tcPr>
            <w:tcW w:type="dxa" w:w="935"/>
            <w:shd w:val="clear" w:color="auto" w:fill="5e3590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V60</w:t>
            </w:r>
          </w:p>
        </w:tc>
        <w:tc>
          <w:tcPr>
            <w:tcW w:type="dxa" w:w="935"/>
            <w:shd w:val="clear" w:color="auto" w:fill="3a4658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V65</w:t>
            </w:r>
          </w:p>
        </w:tc>
        <w:tc>
          <w:tcPr>
            <w:tcW w:type="dxa" w:w="935"/>
            <w:shd w:val="clear" w:color="auto" w:fill="3a4658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V70</w:t>
            </w:r>
          </w:p>
        </w:tc>
        <w:tc>
          <w:tcPr>
            <w:tcW w:type="dxa" w:w="935"/>
            <w:shd w:val="clear" w:color="auto" w:fill="a06820"/>
          </w:tcPr>
          <w:p>
            <w:pPr>
              <w:spacing w:before="100" w:after="100"/>
              <w:jc w:val="center"/>
            </w:pPr>
            <w:r>
              <w:rPr>
                <w:b/>
                <w:color w:val="FFFFFF"/>
                <w:sz w:val="22"/>
              </w:rPr>
              <w:t>V70+</w:t>
            </w:r>
          </w:p>
        </w:tc>
      </w:tr>
      <w:tr>
        <w:tc>
          <w:tcPr>
            <w:tcW w:type="dxa" w:w="850"/>
            <w:shd w:val="clear" w:color="auto" w:fill="3a4658"/>
          </w:tcPr>
          <w:p>
            <w:pPr>
              <w:spacing w:before="160" w:after="80"/>
              <w:jc w:val="center"/>
            </w:pPr>
            <w:r>
              <w:rPr>
                <w:b/>
                <w:color w:val="FFFFFF"/>
                <w:sz w:val="16"/>
              </w:rPr>
              <w:t>MALE</w:t>
            </w: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Tobi LOUGHLIN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Team Bath AC</w:t>
            </w: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Michael PASSMORE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Swindon Harriers</w:t>
            </w: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Rich HARDING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Avon Valley Runners</w:t>
            </w: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Paul REDDAWAY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Corsham RC</w:t>
            </w: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ffffff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Tom HUTCHISON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Team Bath AC</w:t>
            </w:r>
          </w:p>
        </w:tc>
      </w:tr>
      <w:tr>
        <w:tc>
          <w:tcPr>
            <w:tcW w:type="dxa" w:w="850"/>
            <w:shd w:val="clear" w:color="auto" w:fill="4a5e6e"/>
          </w:tcPr>
          <w:p>
            <w:pPr>
              <w:spacing w:before="160" w:after="80"/>
              <w:jc w:val="center"/>
            </w:pPr>
            <w:r>
              <w:rPr>
                <w:b/>
                <w:color w:val="FFFFFF"/>
                <w:sz w:val="16"/>
              </w:rPr>
              <w:t>FEMALE</w:t>
            </w: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Eloise FOSTER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Swindon Harriers</w:t>
            </w: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Ann Marie BRAZIER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Chippenham Harriers</w:t>
            </w: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Victoria RATCLIFFE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Team Bath AC</w:t>
            </w: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Diane HIER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Avon Valley Runners</w:t>
            </w: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</w:p>
          <w:p>
            <w:pPr>
              <w:spacing w:before="0" w:after="120"/>
              <w:jc w:val="center"/>
            </w:pPr>
          </w:p>
        </w:tc>
        <w:tc>
          <w:tcPr>
            <w:tcW w:type="dxa" w:w="935"/>
            <w:shd w:val="clear" w:color="auto" w:fill="eef2f7"/>
          </w:tcPr>
          <w:p>
            <w:pPr>
              <w:spacing w:before="120" w:after="20"/>
              <w:jc w:val="center"/>
            </w:pPr>
            <w:r>
              <w:rPr>
                <w:b/>
                <w:color w:val="3A4658"/>
                <w:sz w:val="20"/>
              </w:rPr>
              <w:t>Teresa LOVERN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08090"/>
                <w:sz w:val="16"/>
              </w:rPr>
              <w:t>Somer AC</w:t>
            </w:r>
          </w:p>
        </w:tc>
      </w:tr>
    </w:tbl>
    <w:p>
      <w:pPr>
        <w:spacing w:before="0" w:after="0"/>
      </w:pPr>
      <w:r>
        <w:br w:type="page"/>
      </w:r>
    </w:p>
    <w:p>
      <w:pPr>
        <w:spacing w:before="280" w:after="120"/>
        <w:ind w:left="120"/>
        <w:shd w:val="clear" w:color="auto" w:fill="2d7a4a"/>
      </w:pPr>
      <w:r>
        <w:rPr>
          <w:b/>
          <w:color w:val="FFFFFF"/>
          <w:sz w:val="20"/>
        </w:rPr>
        <w:t>CLUB RESULTS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4710"/>
            <w:gridSpan w:val="6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20"/>
              </w:rPr>
              <w:t>Division 1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4710"/>
            <w:gridSpan w:val="6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20"/>
              </w:rPr>
              <w:t>Division 2</w:t>
            </w:r>
          </w:p>
        </w:tc>
      </w:tr>
      <w:tr>
        <w:tc>
          <w:tcPr>
            <w:tcW w:type="dxa" w:w="397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Pos</w:t>
            </w:r>
          </w:p>
        </w:tc>
        <w:tc>
          <w:tcPr>
            <w:tcW w:type="dxa" w:w="1871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Club</w:t>
            </w:r>
          </w:p>
        </w:tc>
        <w:tc>
          <w:tcPr>
            <w:tcW w:type="dxa" w:w="680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Men</w:t>
            </w:r>
          </w:p>
        </w:tc>
        <w:tc>
          <w:tcPr>
            <w:tcW w:type="dxa" w:w="680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Women</w:t>
            </w:r>
          </w:p>
        </w:tc>
        <w:tc>
          <w:tcPr>
            <w:tcW w:type="dxa" w:w="737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Score</w:t>
            </w:r>
          </w:p>
        </w:tc>
        <w:tc>
          <w:tcPr>
            <w:tcW w:type="dxa" w:w="624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Pts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Pos</w:t>
            </w:r>
          </w:p>
        </w:tc>
        <w:tc>
          <w:tcPr>
            <w:tcW w:type="dxa" w:w="1871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Club</w:t>
            </w:r>
          </w:p>
        </w:tc>
        <w:tc>
          <w:tcPr>
            <w:tcW w:type="dxa" w:w="680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Men</w:t>
            </w:r>
          </w:p>
        </w:tc>
        <w:tc>
          <w:tcPr>
            <w:tcW w:type="dxa" w:w="680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Women</w:t>
            </w:r>
          </w:p>
        </w:tc>
        <w:tc>
          <w:tcPr>
            <w:tcW w:type="dxa" w:w="737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Score</w:t>
            </w:r>
          </w:p>
        </w:tc>
        <w:tc>
          <w:tcPr>
            <w:tcW w:type="dxa" w:w="624"/>
            <w:shd w:val="clear" w:color="auto" w:fill="3a4658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Pts</w:t>
            </w:r>
          </w:p>
        </w:tc>
      </w:tr>
      <w:tr>
        <w:tc>
          <w:tcPr>
            <w:tcW w:type="dxa" w:w="397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1871"/>
            <w:shd w:val="clear" w:color="auto" w:fill="2d7a4a"/>
          </w:tcPr>
          <w:p>
            <w:pPr>
              <w:jc w:val="left"/>
            </w:pPr>
            <w:r>
              <w:rPr>
                <w:b/>
                <w:i w:val="0"/>
                <w:color w:val="FFFFFF"/>
                <w:sz w:val="18"/>
              </w:rPr>
              <w:t>Team Bath AC (A)</w:t>
            </w:r>
          </w:p>
        </w:tc>
        <w:tc>
          <w:tcPr>
            <w:tcW w:type="dxa" w:w="680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488</w:t>
            </w:r>
          </w:p>
        </w:tc>
        <w:tc>
          <w:tcPr>
            <w:tcW w:type="dxa" w:w="680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474</w:t>
            </w:r>
          </w:p>
        </w:tc>
        <w:tc>
          <w:tcPr>
            <w:tcW w:type="dxa" w:w="737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962</w:t>
            </w:r>
          </w:p>
        </w:tc>
        <w:tc>
          <w:tcPr>
            <w:tcW w:type="dxa" w:w="624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20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1871"/>
            <w:shd w:val="clear" w:color="auto" w:fill="2d7a4a"/>
          </w:tcPr>
          <w:p>
            <w:pPr>
              <w:jc w:val="left"/>
            </w:pPr>
            <w:r>
              <w:rPr>
                <w:b/>
                <w:i w:val="0"/>
                <w:color w:val="FFFFFF"/>
                <w:sz w:val="18"/>
              </w:rPr>
              <w:t>Team Bath AC (B)</w:t>
            </w:r>
          </w:p>
        </w:tc>
        <w:tc>
          <w:tcPr>
            <w:tcW w:type="dxa" w:w="680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453</w:t>
            </w:r>
          </w:p>
        </w:tc>
        <w:tc>
          <w:tcPr>
            <w:tcW w:type="dxa" w:w="680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386</w:t>
            </w:r>
          </w:p>
        </w:tc>
        <w:tc>
          <w:tcPr>
            <w:tcW w:type="dxa" w:w="737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839</w:t>
            </w:r>
          </w:p>
        </w:tc>
        <w:tc>
          <w:tcPr>
            <w:tcW w:type="dxa" w:w="624"/>
            <w:shd w:val="clear" w:color="auto" w:fill="2d7a4a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20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2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Avon Valley Runners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370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342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712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19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2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City of Salisbury A&amp;RC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355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413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768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3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Chippenham Harriers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284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384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668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18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3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Devizes RC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185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83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268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4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Swindon Harriers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391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197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588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17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4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Chippenham Harriers (B)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84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172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256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5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Frome RC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173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399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572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16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5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Frome RC (B)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25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228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253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6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Avon Valley Runners (B)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218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229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447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6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City of Salisbury A&amp;RC (B)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31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121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152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7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Royal Wootton Bassett Hounds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189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203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392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14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7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Warminster RC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70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49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119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8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Calne RC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226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140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366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13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8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Swindon Harriers (B)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111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111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9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Somer AC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162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145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307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9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Marlborough Athletics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103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103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10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Stonehenge Striders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53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247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300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11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10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Marlborough Running Club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79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94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11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Corsham RC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132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148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280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11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Highworth RC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25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63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88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12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Royal Wootton Bassett Hounds (B)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25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62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87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12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Somer AC (B)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25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14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39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13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Swindon Striders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33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38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14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Calne SMaRTT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32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37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15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Slinn Allstars (A)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34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34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16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St Marys Sports Centre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31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31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17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Calne RC (B)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20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30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eef2f7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18</w:t>
            </w:r>
          </w:p>
        </w:tc>
        <w:tc>
          <w:tcPr>
            <w:tcW w:type="dxa" w:w="1871"/>
            <w:shd w:val="clear" w:color="auto" w:fill="eef2f7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Pewsey Vale RC (A)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680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737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624"/>
            <w:shd w:val="clear" w:color="auto" w:fill="eef2f7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7"/>
            <w:shd w:val="clear" w:color="auto" w:fill="ffffff"/>
          </w:tcPr>
          <w:p/>
        </w:tc>
        <w:tc>
          <w:tcPr>
            <w:tcW w:type="dxa" w:w="397"/>
            <w:shd w:val="clear" w:color="auto" w:fill="ffffff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19</w:t>
            </w:r>
          </w:p>
        </w:tc>
        <w:tc>
          <w:tcPr>
            <w:tcW w:type="dxa" w:w="1871"/>
            <w:shd w:val="clear" w:color="auto" w:fill="ffffff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Stonehenge Striders (B)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680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737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624"/>
            <w:shd w:val="clear" w:color="auto" w:fill="ffffff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</w:t>
            </w:r>
          </w:p>
        </w:tc>
      </w:tr>
    </w:tbl>
    <w:p>
      <w:pPr>
        <w:spacing w:before="0" w:after="120"/>
      </w:pP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Grid>
      <w:gridCol w:w="3402"/>
      <w:gridCol w:w="3402"/>
      <w:gridCol w:w="3402"/>
    </w:tblGrid>
    <w:tr>
      <w:tc>
        <w:tcPr>
          <w:tcW w:type="dxa" w:w="3402"/>
        </w:tcPr>
        <w:p>
          <w:pPr>
            <w:jc w:val="left"/>
          </w:pPr>
          <w:r>
            <w:rPr>
              <w:color w:val="808090"/>
              <w:sz w:val="16"/>
            </w:rPr>
            <w:t>© 2026 Wiltshire Athletics Assoc.</w:t>
          </w:r>
        </w:p>
      </w:tc>
      <w:tc>
        <w:tcPr>
          <w:tcW w:type="dxa" w:w="3969"/>
        </w:tcPr>
        <w:p>
          <w:pPr>
            <w:jc w:val="center"/>
          </w:pPr>
          <w:r>
            <w:rPr>
              <w:color w:val="808090"/>
              <w:sz w:val="16"/>
            </w:rPr>
            <w:t>WRRL League AI v8.3.0</w:t>
          </w:r>
        </w:p>
      </w:tc>
      <w:tc>
        <w:tcPr>
          <w:tcW w:type="dxa" w:w="2835"/>
        </w:tcPr>
        <w:p/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</w:rPr>
  </w:style>
  <w:style w:type="table" w:default="1" w:styleId="TableNormal">
    <w:name w:val="Normal Table"/>
    <w:uiPriority w:val="99"/>
    <w:semiHidden/>
    <w:unhideWhenUsed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Calibri" w:hAnsi="Calibr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Calibri" w:hAnsi="Calibr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Calibri" w:hAnsi="Calibr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Calibri" w:hAnsi="Calibr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Calibri" w:hAnsi="Calibr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Calibri" w:hAnsi="Calibr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Calibri" w:hAnsi="Calibr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